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line="276" w:lineRule="auto"/>
      </w:pPr>
      <w:r>
        <w:rPr>
          <w:rFonts w:ascii="Arial" w:hAnsi="Arial" w:eastAsia="Arial"/>
          <w:b/>
          <w:color w:val="236B2E"/>
          <w:sz w:val="21"/>
        </w:rPr>
        <w:t>WZÓR DO WYPEŁNIENIA · WERSJA 5</w:t>
      </w:r>
    </w:p>
    <w:p>
      <w:pPr>
        <w:spacing w:after="120" w:line="276" w:lineRule="auto"/>
      </w:pPr>
      <w:r>
        <w:rPr>
          <w:rFonts w:ascii="Arial" w:hAnsi="Arial" w:eastAsia="Arial"/>
          <w:b/>
          <w:color w:val="0B2948"/>
          <w:sz w:val="54"/>
        </w:rPr>
        <w:t>Notatka z szacowania wartości zamówienia</w:t>
      </w:r>
    </w:p>
    <w:p>
      <w:pPr>
        <w:spacing w:after="120" w:line="276" w:lineRule="auto"/>
      </w:pPr>
      <w:r>
        <w:rPr>
          <w:rFonts w:ascii="Arial" w:hAnsi="Arial" w:eastAsia="Arial"/>
          <w:color w:val="56657A"/>
          <w:sz w:val="27"/>
        </w:rPr>
        <w:t>Do projektów unijnych objętych zasadą konkurencyjności</w:t>
      </w:r>
    </w:p>
    <w:p>
      <w:pPr>
        <w:spacing w:after="180" w:line="276" w:lineRule="auto"/>
      </w:pPr>
      <w:r>
        <w:rPr>
          <w:rFonts w:ascii="Arial" w:hAnsi="Arial" w:eastAsia="Arial"/>
          <w:b/>
          <w:color w:val="0B2948"/>
          <w:sz w:val="20"/>
        </w:rPr>
        <w:t xml:space="preserve">Projekt: </w:t>
      </w:r>
      <w:sdt>
        <w:sdtPr>
          <w:alias w:val="PROJEKT"/>
          <w:tag w:val="PROJEKT"/>
          <w:id w:val="1479517436"/>
          <w:text/>
        </w:sdtPr>
        <w:sdtContent>
          <w:r>
            <w:rPr>
              <w:rFonts w:ascii="Arial" w:hAnsi="Arial" w:eastAsia="Arial"/>
              <w:color w:val="56657A"/>
              <w:i/>
              <w:sz w:val="19"/>
            </w:rPr>
            <w:t>[nazwa i numer projektu]</w:t>
          </w:r>
        </w:sdtContent>
      </w:sdt>
    </w:p>
    <w:p>
      <w:pPr>
        <w:spacing w:after="180" w:line="276" w:lineRule="auto"/>
      </w:pPr>
      <w:r>
        <w:rPr>
          <w:rFonts w:ascii="Arial" w:hAnsi="Arial" w:eastAsia="Arial"/>
          <w:b/>
          <w:color w:val="0B2948"/>
          <w:sz w:val="20"/>
        </w:rPr>
        <w:t xml:space="preserve">Beneficjent: </w:t>
      </w:r>
      <w:sdt>
        <w:sdtPr>
          <w:alias w:val="BENEFICJENT"/>
          <w:tag w:val="BENEFICJENT"/>
          <w:id w:val="2059858000"/>
          <w:text/>
        </w:sdtPr>
        <w:sdtContent>
          <w:r>
            <w:rPr>
              <w:rFonts w:ascii="Arial" w:hAnsi="Arial" w:eastAsia="Arial"/>
              <w:color w:val="56657A"/>
              <w:i/>
              <w:sz w:val="19"/>
            </w:rPr>
            <w:t>[pełna nazwa]</w:t>
          </w:r>
        </w:sdtContent>
      </w:sdt>
    </w:p>
    <w:p>
      <w:pPr>
        <w:spacing w:after="180" w:line="276" w:lineRule="auto"/>
      </w:pPr>
      <w:r>
        <w:rPr>
          <w:rFonts w:ascii="Arial" w:hAnsi="Arial" w:eastAsia="Arial"/>
          <w:b/>
          <w:color w:val="0B2948"/>
          <w:sz w:val="20"/>
        </w:rPr>
        <w:t xml:space="preserve">Data szacowania: </w:t>
      </w:r>
      <w:sdt>
        <w:sdtPr>
          <w:alias w:val="DATA_SZACOWANIA"/>
          <w:tag w:val="DATA_SZACOWANIA"/>
          <w:id w:val="1781231210"/>
          <w:text/>
        </w:sdtPr>
        <w:sdtContent>
          <w:r>
            <w:rPr>
              <w:rFonts w:ascii="Arial" w:hAnsi="Arial" w:eastAsia="Arial"/>
              <w:color w:val="56657A"/>
              <w:i/>
              <w:sz w:val="19"/>
            </w:rPr>
            <w:t>[dd.mm.rrrr]</w:t>
          </w:r>
        </w:sdtContent>
      </w:sdt>
    </w:p>
    <w:p>
      <w:pPr>
        <w:spacing w:after="180" w:line="276" w:lineRule="auto"/>
      </w:pPr>
      <w:r>
        <w:rPr>
          <w:rFonts w:ascii="Arial" w:hAnsi="Arial" w:eastAsia="Arial"/>
          <w:b/>
          <w:color w:val="0B2948"/>
          <w:sz w:val="20"/>
        </w:rPr>
        <w:t xml:space="preserve">Osoba przygotowująca: </w:t>
      </w:r>
      <w:sdt>
        <w:sdtPr>
          <w:alias w:val="OSOBA"/>
          <w:tag w:val="OSOBA"/>
          <w:id w:val="2104168117"/>
          <w:text/>
        </w:sdtPr>
        <w:sdtContent>
          <w:r>
            <w:rPr>
              <w:rFonts w:ascii="Arial" w:hAnsi="Arial" w:eastAsia="Arial"/>
              <w:color w:val="56657A"/>
              <w:i/>
              <w:sz w:val="19"/>
            </w:rPr>
            <w:t>[imię, nazwisko i funkcja]</w:t>
          </w:r>
        </w:sdtContent>
      </w:sdt>
    </w:p>
    <w:p>
      <w:pPr>
        <w:spacing w:before="100" w:after="240" w:line="276" w:lineRule="auto"/>
        <w:ind w:left="180" w:right="180"/>
        <w:shd w:fill="EAF2FB"/>
      </w:pPr>
      <w:r>
        <w:rPr>
          <w:rFonts w:ascii="Arial" w:hAnsi="Arial" w:eastAsia="Arial"/>
          <w:b/>
          <w:color w:val="0B2948"/>
          <w:sz w:val="19"/>
        </w:rPr>
        <w:t xml:space="preserve">Jak wypełnić notatkę: </w:t>
      </w:r>
      <w:r>
        <w:rPr>
          <w:rFonts w:ascii="Arial" w:hAnsi="Arial" w:eastAsia="Arial"/>
          <w:sz w:val="19"/>
        </w:rPr>
        <w:t>Uzupełnij ją, zanim rozpoczniesz wybór wykonawcy. Najpierw ustal, które zakupy trzeba policzyć łącznie jako jedno zamówienie. Potem zbierz ceny, porównaj je dla takiego samego zakresu, oblicz wartość netto zamówienia i sprawdź, jakie zasady zakupu cię obowiązują. Zaktualizuj notatkę, jeśli zmieni się zakres zakupów albo ceny rynkowe.</w:t>
      </w:r>
    </w:p>
    <w:p>
      <w:pPr>
        <w:pStyle w:val="Heading1"/>
        <w:keepNext/>
        <w:spacing w:before="360" w:after="200" w:line="252" w:lineRule="auto"/>
      </w:pPr>
      <w:r/>
      <w:r>
        <w:t>1. Opisz, co chcesz kupić</w:t>
      </w:r>
    </w:p>
    <w:p>
      <w:pPr>
        <w:spacing w:after="180" w:line="276" w:lineRule="auto"/>
      </w:pPr>
      <w:r>
        <w:rPr>
          <w:rFonts w:ascii="Arial" w:hAnsi="Arial" w:eastAsia="Arial"/>
          <w:b/>
          <w:color w:val="0B2948"/>
          <w:sz w:val="20"/>
        </w:rPr>
        <w:t xml:space="preserve">Nazwa zamówienia: </w:t>
      </w:r>
      <w:sdt>
        <w:sdtPr>
          <w:alias w:val="NAZWA_ZAMOWIENIA"/>
          <w:tag w:val="NAZWA_ZAMOWIENIA"/>
          <w:id w:val="96486738"/>
          <w:text/>
        </w:sdtPr>
        <w:sdtContent>
          <w:r>
            <w:rPr>
              <w:rFonts w:ascii="Arial" w:hAnsi="Arial" w:eastAsia="Arial"/>
              <w:color w:val="56657A"/>
              <w:i/>
              <w:sz w:val="19"/>
            </w:rPr>
            <w:t>[wpisz nazwę]</w:t>
          </w:r>
        </w:sdtContent>
      </w:sdt>
    </w:p>
    <w:p>
      <w:pPr>
        <w:spacing w:after="180" w:line="276" w:lineRule="auto"/>
      </w:pPr>
      <w:r>
        <w:rPr>
          <w:rFonts w:ascii="Arial" w:hAnsi="Arial" w:eastAsia="Arial"/>
          <w:b/>
          <w:color w:val="0B2948"/>
          <w:sz w:val="20"/>
        </w:rPr>
        <w:t xml:space="preserve">Po co ten zakup jest potrzebny w projekcie: </w:t>
      </w:r>
      <w:sdt>
        <w:sdtPr>
          <w:alias w:val="CEL_ZAKUPU"/>
          <w:tag w:val="CEL_ZAKUPU"/>
          <w:id w:val="1727221057"/>
          <w:text w:multiLine="1"/>
        </w:sdtPr>
        <w:sdtContent>
          <w:r>
            <w:rPr>
              <w:rFonts w:ascii="Arial" w:hAnsi="Arial" w:eastAsia="Arial"/>
              <w:color w:val="56657A"/>
              <w:i/>
              <w:sz w:val="19"/>
            </w:rPr>
            <w:t>[opisz cel i rezultat]</w:t>
          </w:r>
        </w:sdtContent>
      </w:sdt>
    </w:p>
    <w:p>
      <w:pPr>
        <w:spacing w:after="180" w:line="276" w:lineRule="auto"/>
      </w:pPr>
      <w:r>
        <w:rPr>
          <w:rFonts w:ascii="Arial" w:hAnsi="Arial" w:eastAsia="Arial"/>
          <w:b/>
          <w:color w:val="0B2948"/>
          <w:sz w:val="20"/>
        </w:rPr>
        <w:t xml:space="preserve">Co dokładnie obejmuje zakup: </w:t>
      </w:r>
      <w:sdt>
        <w:sdtPr>
          <w:alias w:val="ZAKRES"/>
          <w:tag w:val="ZAKRES"/>
          <w:id w:val="621110567"/>
          <w:text w:multiLine="1"/>
        </w:sdtPr>
        <w:sdtContent>
          <w:r>
            <w:rPr>
              <w:rFonts w:ascii="Arial" w:hAnsi="Arial" w:eastAsia="Arial"/>
              <w:color w:val="56657A"/>
              <w:i/>
              <w:sz w:val="19"/>
            </w:rPr>
            <w:t>[opisz pełny zakres, ilości i najważniejsze parametry]</w:t>
          </w:r>
        </w:sdtContent>
      </w:sdt>
    </w:p>
    <w:p>
      <w:pPr>
        <w:spacing w:after="180" w:line="276" w:lineRule="auto"/>
      </w:pPr>
      <w:r>
        <w:rPr>
          <w:rFonts w:ascii="Arial" w:hAnsi="Arial" w:eastAsia="Arial"/>
          <w:b/>
          <w:color w:val="0B2948"/>
          <w:sz w:val="20"/>
        </w:rPr>
        <w:t xml:space="preserve">Planowany termin realizacji: </w:t>
      </w:r>
      <w:sdt>
        <w:sdtPr>
          <w:alias w:val="TERMIN_REALIZACJI"/>
          <w:tag w:val="TERMIN_REALIZACJI"/>
          <w:id w:val="1038685862"/>
          <w:text/>
        </w:sdtPr>
        <w:sdtContent>
          <w:r>
            <w:rPr>
              <w:rFonts w:ascii="Arial" w:hAnsi="Arial" w:eastAsia="Arial"/>
              <w:color w:val="56657A"/>
              <w:i/>
              <w:sz w:val="19"/>
            </w:rPr>
            <w:t>[wpisz termin]</w:t>
          </w:r>
        </w:sdtContent>
      </w:sdt>
    </w:p>
    <w:p>
      <w:pPr>
        <w:spacing w:after="180" w:line="276" w:lineRule="auto"/>
      </w:pPr>
      <w:r>
        <w:rPr>
          <w:rFonts w:ascii="Arial" w:hAnsi="Arial" w:eastAsia="Arial"/>
          <w:b/>
          <w:color w:val="0B2948"/>
          <w:sz w:val="20"/>
        </w:rPr>
        <w:t xml:space="preserve">Kiedy planujesz rozpocząć wybór wykonawcy: </w:t>
      </w:r>
      <w:sdt>
        <w:sdtPr>
          <w:alias w:val="DATA_WSZCZECIA"/>
          <w:tag w:val="DATA_WSZCZECIA"/>
          <w:id w:val="1178070157"/>
          <w:text/>
        </w:sdtPr>
        <w:sdtContent>
          <w:r>
            <w:rPr>
              <w:rFonts w:ascii="Arial" w:hAnsi="Arial" w:eastAsia="Arial"/>
              <w:color w:val="56657A"/>
              <w:i/>
              <w:sz w:val="19"/>
            </w:rPr>
            <w:t>[dd.mm.rrrr]</w:t>
          </w:r>
        </w:sdtContent>
      </w:sdt>
    </w:p>
    <w:p>
      <w:r>
        <w:br w:type="page"/>
      </w:r>
    </w:p>
    <w:p>
      <w:pPr>
        <w:pStyle w:val="Heading1"/>
        <w:keepNext/>
        <w:spacing w:before="360" w:after="200" w:line="252" w:lineRule="auto"/>
      </w:pPr>
      <w:r/>
      <w:r>
        <w:t>2. Sprawdź, które zakupy trzeba policzyć razem</w:t>
      </w:r>
    </w:p>
    <w:p>
      <w:pPr>
        <w:spacing w:after="240" w:line="276" w:lineRule="auto" w:before="100"/>
      </w:pPr>
      <w:r>
        <w:rPr>
          <w:rFonts w:ascii="Arial" w:hAnsi="Arial" w:eastAsia="Arial"/>
          <w:sz w:val="20"/>
        </w:rPr>
        <w:t>Najpierw odpowiedz na trzy pytania. Jeśli każda odpowiedź brzmi „tak”, policz zakupy razem jako jedno zamówienie. Jeśli odpowiadasz „nie”, możesz rozważyć osobne szacowanie, ale zapisz konkretny powód oraz fakty lub dokumenty, które go potwierdzają. Gdy analizujesz wiele zakupów, powtórz ten test dla każdej grupy, którą chcesz liczyć osobno.</w:t>
      </w:r>
    </w:p>
    <w:tbl>
      <w:tblPr>
        <w:tblW w:type="dxa" w:w="9712"/>
        <w:jc w:val="left"/>
        <w:tblLayout w:type="fixed"/>
        <w:tblLook w:firstColumn="1" w:firstRow="1" w:lastColumn="0" w:lastRow="0" w:noHBand="0" w:noVBand="1" w:val="04A0"/>
        <w:tblInd w:type="dxa" w:w="120"/>
        <w:tblBorders>
          <w:top w:val="single" w:sz="7" w:space="0" w:color="8AA0B5"/>
          <w:left w:val="single" w:sz="7" w:space="0" w:color="8AA0B5"/>
          <w:bottom w:val="single" w:sz="7" w:space="0" w:color="8AA0B5"/>
          <w:right w:val="single" w:sz="7" w:space="0" w:color="8AA0B5"/>
          <w:insideH w:val="single" w:sz="7" w:space="0" w:color="8AA0B5"/>
          <w:insideV w:val="single" w:sz="7" w:space="0" w:color="8AA0B5"/>
        </w:tblBorders>
      </w:tblPr>
      <w:tblGrid>
        <w:gridCol w:w="1489"/>
        <w:gridCol w:w="4079"/>
        <w:gridCol w:w="1360"/>
        <w:gridCol w:w="2784"/>
      </w:tblGrid>
      <w:tr>
        <w:trPr>
          <w:tblHeader w:val="true"/>
        </w:trPr>
        <w:tc>
          <w:tcPr>
            <w:tcW w:type="dxa" w:w="1489"/>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Warunek</w:t>
            </w:r>
          </w:p>
        </w:tc>
        <w:tc>
          <w:tcPr>
            <w:tcW w:type="dxa" w:w="4079"/>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Pytanie</w:t>
            </w:r>
          </w:p>
        </w:tc>
        <w:tc>
          <w:tcPr>
            <w:tcW w:type="dxa" w:w="1360"/>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Tak / Nie</w:t>
            </w:r>
          </w:p>
        </w:tc>
        <w:tc>
          <w:tcPr>
            <w:tcW w:type="dxa" w:w="2784"/>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Na czym opierasz odpowiedź?</w:t>
            </w:r>
          </w:p>
        </w:tc>
      </w:tr>
      <w:tr>
        <w:trPr/>
        <w:tc>
          <w:tcPr>
            <w:tcW w:type="dxa" w:w="1489"/>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color w:val="0B2948"/>
                <w:sz w:val="17"/>
              </w:rPr>
              <w:t>Ten sam rodzaj lub cel</w:t>
            </w:r>
          </w:p>
        </w:tc>
        <w:tc>
          <w:tcPr>
            <w:tcW w:type="dxa" w:w="4079"/>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Czy zakupy są tego samego rodzaju lub służą temu samemu celowi? Przy dostawach uwzględnij także podobne produkty.</w:t>
            </w:r>
          </w:p>
        </w:tc>
        <w:tc>
          <w:tcPr>
            <w:tcW w:type="dxa" w:w="1360"/>
            <w:tcMar>
              <w:top w:w="125" w:type="dxa"/>
              <w:bottom w:w="125" w:type="dxa"/>
              <w:start w:w="140" w:type="dxa"/>
              <w:end w:w="140" w:type="dxa"/>
            </w:tcMar>
            <w:vAlign w:val="center"/>
          </w:tcPr>
          <w:p>
            <w:pPr>
              <w:spacing w:after="60" w:line="264" w:lineRule="auto" w:before="20"/>
            </w:pPr>
            <w:r>
              <w:rPr>
                <w:rFonts w:ascii="Arial" w:hAnsi="Arial" w:eastAsia="Arial"/>
                <w:sz w:val="17"/>
              </w:rPr>
            </w:r>
            <w:sdt>
              <w:sdtPr>
                <w:alias w:val="TEST_1_TAK"/>
                <w:tag w:val="TEST_1_TAK"/>
                <w:id w:val="1517118813"/>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Tak</w:t>
            </w:r>
            <w:r>
              <w:rPr>
                <w:rFonts w:ascii="Arial" w:hAnsi="Arial" w:eastAsia="Arial"/>
                <w:sz w:val="17"/>
              </w:rPr>
              <w:t xml:space="preserve">   </w:t>
            </w:r>
            <w:sdt>
              <w:sdtPr>
                <w:alias w:val="TEST_1_NIE"/>
                <w:tag w:val="TEST_1_NIE"/>
                <w:id w:val="1690166516"/>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Nie</w:t>
            </w:r>
          </w:p>
        </w:tc>
        <w:tc>
          <w:tcPr>
            <w:tcW w:type="dxa" w:w="2784"/>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TEST_1_FAKTY"/>
                <w:tag w:val="TEST_1_FAKTY"/>
                <w:id w:val="626281406"/>
                <w:text w:multiLine="1"/>
              </w:sdtPr>
              <w:sdtContent>
                <w:r>
                  <w:rPr>
                    <w:rFonts w:ascii="Arial" w:hAnsi="Arial" w:eastAsia="Arial"/>
                    <w:color w:val="56657A"/>
                    <w:i/>
                    <w:sz w:val="19"/>
                  </w:rPr>
                  <w:t>[wpisz fakty]</w:t>
                </w:r>
              </w:sdtContent>
            </w:sdt>
          </w:p>
        </w:tc>
      </w:tr>
      <w:tr>
        <w:trPr/>
        <w:tc>
          <w:tcPr>
            <w:tcW w:type="dxa" w:w="1489"/>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color w:val="0B2948"/>
                <w:sz w:val="17"/>
              </w:rPr>
              <w:t>Ten sam czas</w:t>
            </w:r>
          </w:p>
        </w:tc>
        <w:tc>
          <w:tcPr>
            <w:tcW w:type="dxa" w:w="4079"/>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Czy już podczas planowania można było przewidzieć i zamówić cały zakres w tym samym czasie?</w:t>
            </w:r>
          </w:p>
        </w:tc>
        <w:tc>
          <w:tcPr>
            <w:tcW w:type="dxa" w:w="1360"/>
            <w:tcMar>
              <w:top w:w="125" w:type="dxa"/>
              <w:bottom w:w="125" w:type="dxa"/>
              <w:start w:w="140" w:type="dxa"/>
              <w:end w:w="140" w:type="dxa"/>
            </w:tcMar>
            <w:vAlign w:val="center"/>
          </w:tcPr>
          <w:p>
            <w:pPr>
              <w:spacing w:after="60" w:line="264" w:lineRule="auto" w:before="20"/>
            </w:pPr>
            <w:r>
              <w:rPr>
                <w:rFonts w:ascii="Arial" w:hAnsi="Arial" w:eastAsia="Arial"/>
                <w:sz w:val="17"/>
              </w:rPr>
            </w:r>
            <w:sdt>
              <w:sdtPr>
                <w:alias w:val="TEST_2_TAK"/>
                <w:tag w:val="TEST_2_TAK"/>
                <w:id w:val="499982221"/>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Tak</w:t>
            </w:r>
            <w:r>
              <w:rPr>
                <w:rFonts w:ascii="Arial" w:hAnsi="Arial" w:eastAsia="Arial"/>
                <w:sz w:val="17"/>
              </w:rPr>
              <w:t xml:space="preserve">   </w:t>
            </w:r>
            <w:sdt>
              <w:sdtPr>
                <w:alias w:val="TEST_2_NIE"/>
                <w:tag w:val="TEST_2_NIE"/>
                <w:id w:val="589143588"/>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Nie</w:t>
            </w:r>
          </w:p>
        </w:tc>
        <w:tc>
          <w:tcPr>
            <w:tcW w:type="dxa" w:w="2784"/>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TEST_2_FAKTY"/>
                <w:tag w:val="TEST_2_FAKTY"/>
                <w:id w:val="347885859"/>
                <w:text w:multiLine="1"/>
              </w:sdtPr>
              <w:sdtContent>
                <w:r>
                  <w:rPr>
                    <w:rFonts w:ascii="Arial" w:hAnsi="Arial" w:eastAsia="Arial"/>
                    <w:color w:val="56657A"/>
                    <w:i/>
                    <w:sz w:val="19"/>
                  </w:rPr>
                  <w:t>[wpisz fakty]</w:t>
                </w:r>
              </w:sdtContent>
            </w:sdt>
          </w:p>
        </w:tc>
      </w:tr>
      <w:tr>
        <w:trPr/>
        <w:tc>
          <w:tcPr>
            <w:tcW w:type="dxa" w:w="1489"/>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color w:val="0B2948"/>
                <w:sz w:val="17"/>
              </w:rPr>
              <w:t>Jeden wykonawca</w:t>
            </w:r>
          </w:p>
        </w:tc>
        <w:tc>
          <w:tcPr>
            <w:tcW w:type="dxa" w:w="4079"/>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Czy jeden wykonawca działający na tym rynku mógłby zrealizować cały zakres?</w:t>
            </w:r>
          </w:p>
        </w:tc>
        <w:tc>
          <w:tcPr>
            <w:tcW w:type="dxa" w:w="1360"/>
            <w:tcMar>
              <w:top w:w="125" w:type="dxa"/>
              <w:bottom w:w="125" w:type="dxa"/>
              <w:start w:w="140" w:type="dxa"/>
              <w:end w:w="140" w:type="dxa"/>
            </w:tcMar>
            <w:vAlign w:val="center"/>
          </w:tcPr>
          <w:p>
            <w:pPr>
              <w:spacing w:after="60" w:line="264" w:lineRule="auto" w:before="20"/>
            </w:pPr>
            <w:r>
              <w:rPr>
                <w:rFonts w:ascii="Arial" w:hAnsi="Arial" w:eastAsia="Arial"/>
                <w:sz w:val="17"/>
              </w:rPr>
            </w:r>
            <w:sdt>
              <w:sdtPr>
                <w:alias w:val="TEST_3_TAK"/>
                <w:tag w:val="TEST_3_TAK"/>
                <w:id w:val="548222525"/>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Tak</w:t>
            </w:r>
            <w:r>
              <w:rPr>
                <w:rFonts w:ascii="Arial" w:hAnsi="Arial" w:eastAsia="Arial"/>
                <w:sz w:val="17"/>
              </w:rPr>
              <w:t xml:space="preserve">   </w:t>
            </w:r>
            <w:sdt>
              <w:sdtPr>
                <w:alias w:val="TEST_3_NIE"/>
                <w:tag w:val="TEST_3_NIE"/>
                <w:id w:val="511555476"/>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Nie</w:t>
            </w:r>
          </w:p>
        </w:tc>
        <w:tc>
          <w:tcPr>
            <w:tcW w:type="dxa" w:w="2784"/>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TEST_3_FAKTY"/>
                <w:tag w:val="TEST_3_FAKTY"/>
                <w:id w:val="852187799"/>
                <w:text w:multiLine="1"/>
              </w:sdtPr>
              <w:sdtContent>
                <w:r>
                  <w:rPr>
                    <w:rFonts w:ascii="Arial" w:hAnsi="Arial" w:eastAsia="Arial"/>
                    <w:color w:val="56657A"/>
                    <w:i/>
                    <w:sz w:val="19"/>
                  </w:rPr>
                  <w:t>[wpisz fakty]</w:t>
                </w:r>
              </w:sdtContent>
            </w:sdt>
          </w:p>
        </w:tc>
      </w:tr>
    </w:tbl>
    <w:p>
      <w:pPr>
        <w:spacing w:after="180" w:line="276" w:lineRule="auto" w:before="240"/>
      </w:pPr>
      <w:r>
        <w:rPr>
          <w:rFonts w:ascii="Arial" w:hAnsi="Arial" w:eastAsia="Arial"/>
          <w:b/>
          <w:color w:val="0B2948"/>
          <w:sz w:val="20"/>
        </w:rPr>
        <w:t xml:space="preserve">Wynik: te zakupy liczę razem / osobno. Dlaczego: </w:t>
      </w:r>
      <w:sdt>
        <w:sdtPr>
          <w:alias w:val="WNIOSEK_GRUPOWANIE"/>
          <w:tag w:val="WNIOSEK_GRUPOWANIE"/>
          <w:id w:val="641586826"/>
          <w:text w:multiLine="1"/>
        </w:sdtPr>
        <w:sdtContent>
          <w:r>
            <w:rPr>
              <w:rFonts w:ascii="Arial" w:hAnsi="Arial" w:eastAsia="Arial"/>
              <w:color w:val="56657A"/>
              <w:i/>
              <w:sz w:val="19"/>
            </w:rPr>
            <w:t>[wybierz i uzasadnij]</w:t>
          </w:r>
        </w:sdtContent>
      </w:sdt>
    </w:p>
    <w:p>
      <w:pPr>
        <w:pStyle w:val="Heading1"/>
        <w:keepNext/>
        <w:spacing w:before="360" w:after="200" w:line="252" w:lineRule="auto"/>
      </w:pPr>
      <w:r/>
      <w:r>
        <w:t>3. Wypisz zakupy objęte szacowaniem</w:t>
      </w:r>
    </w:p>
    <w:p>
      <w:pPr>
        <w:spacing w:after="240" w:line="276" w:lineRule="auto" w:before="100"/>
      </w:pPr>
      <w:r>
        <w:rPr>
          <w:rFonts w:ascii="Arial" w:hAnsi="Arial" w:eastAsia="Arial"/>
          <w:sz w:val="20"/>
        </w:rPr>
        <w:t>Wpisz każdy planowany zakup w osobnym wierszu. Podaj kwotę orientacyjną — ostateczną wartość netto całego zamówienia obliczysz w sekcji 6. Jeśli brakuje wierszy, dodaj je.</w:t>
      </w:r>
    </w:p>
    <w:tbl>
      <w:tblPr>
        <w:tblW w:type="dxa" w:w="9712"/>
        <w:jc w:val="left"/>
        <w:tblLayout w:type="fixed"/>
        <w:tblLook w:firstColumn="1" w:firstRow="1" w:lastColumn="0" w:lastRow="0" w:noHBand="0" w:noVBand="1" w:val="04A0"/>
        <w:tblInd w:type="dxa" w:w="120"/>
        <w:tblBorders>
          <w:top w:val="single" w:sz="7" w:space="0" w:color="8AA0B5"/>
          <w:left w:val="single" w:sz="7" w:space="0" w:color="8AA0B5"/>
          <w:bottom w:val="single" w:sz="7" w:space="0" w:color="8AA0B5"/>
          <w:right w:val="single" w:sz="7" w:space="0" w:color="8AA0B5"/>
          <w:insideH w:val="single" w:sz="7" w:space="0" w:color="8AA0B5"/>
          <w:insideV w:val="single" w:sz="7" w:space="0" w:color="8AA0B5"/>
        </w:tblBorders>
      </w:tblPr>
      <w:tblGrid>
        <w:gridCol w:w="624"/>
        <w:gridCol w:w="2983"/>
        <w:gridCol w:w="902"/>
        <w:gridCol w:w="1734"/>
        <w:gridCol w:w="3469"/>
      </w:tblGrid>
      <w:tr>
        <w:trPr>
          <w:tblHeader w:val="true"/>
        </w:trPr>
        <w:tc>
          <w:tcPr>
            <w:tcW w:type="dxa" w:w="624"/>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Lp.</w:t>
            </w:r>
          </w:p>
        </w:tc>
        <w:tc>
          <w:tcPr>
            <w:tcW w:type="dxa" w:w="2983"/>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Co kupujesz</w:t>
            </w:r>
          </w:p>
        </w:tc>
        <w:tc>
          <w:tcPr>
            <w:tcW w:type="dxa" w:w="902"/>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Liczba / zakres</w:t>
            </w:r>
          </w:p>
        </w:tc>
        <w:tc>
          <w:tcPr>
            <w:tcW w:type="dxa" w:w="1734"/>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Wstępna wartość netto</w:t>
            </w:r>
          </w:p>
        </w:tc>
        <w:tc>
          <w:tcPr>
            <w:tcW w:type="dxa" w:w="3469"/>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Z czym liczysz ten zakup razem i dlaczego?</w:t>
            </w:r>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1</w:t>
            </w:r>
          </w:p>
        </w:tc>
        <w:tc>
          <w:tcPr>
            <w:tcW w:type="dxa" w:w="2983"/>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1_NAZWA"/>
                <w:tag w:val="POZ_1_NAZWA"/>
                <w:id w:val="895469088"/>
                <w:text/>
              </w:sdtPr>
              <w:sdtContent>
                <w:r>
                  <w:rPr>
                    <w:rFonts w:ascii="Arial" w:hAnsi="Arial" w:eastAsia="Arial"/>
                    <w:color w:val="56657A"/>
                    <w:i/>
                    <w:sz w:val="19"/>
                  </w:rPr>
                  <w:t>[wpisz]</w:t>
                </w:r>
              </w:sdtContent>
            </w:sdt>
          </w:p>
        </w:tc>
        <w:tc>
          <w:tcPr>
            <w:tcW w:type="dxa" w:w="90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1_ILOSC"/>
                <w:tag w:val="POZ_1_ILOSC"/>
                <w:id w:val="1704593246"/>
                <w:text/>
              </w:sdtPr>
              <w:sdtContent>
                <w:r>
                  <w:rPr>
                    <w:rFonts w:ascii="Arial" w:hAnsi="Arial" w:eastAsia="Arial"/>
                    <w:color w:val="56657A"/>
                    <w:i/>
                    <w:sz w:val="19"/>
                  </w:rPr>
                  <w:t>[wpisz]</w:t>
                </w:r>
              </w:sdtContent>
            </w:sdt>
          </w:p>
        </w:tc>
        <w:tc>
          <w:tcPr>
            <w:tcW w:type="dxa" w:w="1734"/>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1_WARTOSC"/>
                <w:tag w:val="POZ_1_WARTOSC"/>
                <w:id w:val="33876482"/>
                <w:text/>
              </w:sdtPr>
              <w:sdtContent>
                <w:r>
                  <w:rPr>
                    <w:rFonts w:ascii="Arial" w:hAnsi="Arial" w:eastAsia="Arial"/>
                    <w:color w:val="56657A"/>
                    <w:i/>
                    <w:sz w:val="19"/>
                  </w:rPr>
                  <w:t>[kwota]</w:t>
                </w:r>
              </w:sdtContent>
            </w:sdt>
          </w:p>
        </w:tc>
        <w:tc>
          <w:tcPr>
            <w:tcW w:type="dxa" w:w="346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1_GRUPA"/>
                <w:tag w:val="POZ_1_GRUPA"/>
                <w:id w:val="1056869850"/>
                <w:text w:multiLine="1"/>
              </w:sdtPr>
              <w:sdtContent>
                <w:r>
                  <w:rPr>
                    <w:rFonts w:ascii="Arial" w:hAnsi="Arial" w:eastAsia="Arial"/>
                    <w:color w:val="56657A"/>
                    <w:i/>
                    <w:sz w:val="19"/>
                  </w:rPr>
                  <w:t>[grupa i powód]</w:t>
                </w:r>
              </w:sdtContent>
            </w:sdt>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2</w:t>
            </w:r>
          </w:p>
        </w:tc>
        <w:tc>
          <w:tcPr>
            <w:tcW w:type="dxa" w:w="2983"/>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2_NAZWA"/>
                <w:tag w:val="POZ_2_NAZWA"/>
                <w:id w:val="79158461"/>
                <w:text/>
              </w:sdtPr>
              <w:sdtContent>
                <w:r>
                  <w:rPr>
                    <w:rFonts w:ascii="Arial" w:hAnsi="Arial" w:eastAsia="Arial"/>
                    <w:color w:val="56657A"/>
                    <w:i/>
                    <w:sz w:val="19"/>
                  </w:rPr>
                  <w:t>[wpisz]</w:t>
                </w:r>
              </w:sdtContent>
            </w:sdt>
          </w:p>
        </w:tc>
        <w:tc>
          <w:tcPr>
            <w:tcW w:type="dxa" w:w="90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2_ILOSC"/>
                <w:tag w:val="POZ_2_ILOSC"/>
                <w:id w:val="1416764867"/>
                <w:text/>
              </w:sdtPr>
              <w:sdtContent>
                <w:r>
                  <w:rPr>
                    <w:rFonts w:ascii="Arial" w:hAnsi="Arial" w:eastAsia="Arial"/>
                    <w:color w:val="56657A"/>
                    <w:i/>
                    <w:sz w:val="19"/>
                  </w:rPr>
                  <w:t>[wpisz]</w:t>
                </w:r>
              </w:sdtContent>
            </w:sdt>
          </w:p>
        </w:tc>
        <w:tc>
          <w:tcPr>
            <w:tcW w:type="dxa" w:w="1734"/>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2_WARTOSC"/>
                <w:tag w:val="POZ_2_WARTOSC"/>
                <w:id w:val="998889159"/>
                <w:text/>
              </w:sdtPr>
              <w:sdtContent>
                <w:r>
                  <w:rPr>
                    <w:rFonts w:ascii="Arial" w:hAnsi="Arial" w:eastAsia="Arial"/>
                    <w:color w:val="56657A"/>
                    <w:i/>
                    <w:sz w:val="19"/>
                  </w:rPr>
                  <w:t>[kwota]</w:t>
                </w:r>
              </w:sdtContent>
            </w:sdt>
          </w:p>
        </w:tc>
        <w:tc>
          <w:tcPr>
            <w:tcW w:type="dxa" w:w="346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2_GRUPA"/>
                <w:tag w:val="POZ_2_GRUPA"/>
                <w:id w:val="253138759"/>
                <w:text w:multiLine="1"/>
              </w:sdtPr>
              <w:sdtContent>
                <w:r>
                  <w:rPr>
                    <w:rFonts w:ascii="Arial" w:hAnsi="Arial" w:eastAsia="Arial"/>
                    <w:color w:val="56657A"/>
                    <w:i/>
                    <w:sz w:val="19"/>
                  </w:rPr>
                  <w:t>[grupa i powód]</w:t>
                </w:r>
              </w:sdtContent>
            </w:sdt>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3</w:t>
            </w:r>
          </w:p>
        </w:tc>
        <w:tc>
          <w:tcPr>
            <w:tcW w:type="dxa" w:w="2983"/>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3_NAZWA"/>
                <w:tag w:val="POZ_3_NAZWA"/>
                <w:id w:val="583063305"/>
                <w:text/>
              </w:sdtPr>
              <w:sdtContent>
                <w:r>
                  <w:rPr>
                    <w:rFonts w:ascii="Arial" w:hAnsi="Arial" w:eastAsia="Arial"/>
                    <w:color w:val="56657A"/>
                    <w:i/>
                    <w:sz w:val="19"/>
                  </w:rPr>
                  <w:t>[wpisz]</w:t>
                </w:r>
              </w:sdtContent>
            </w:sdt>
          </w:p>
        </w:tc>
        <w:tc>
          <w:tcPr>
            <w:tcW w:type="dxa" w:w="90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3_ILOSC"/>
                <w:tag w:val="POZ_3_ILOSC"/>
                <w:id w:val="1912936055"/>
                <w:text/>
              </w:sdtPr>
              <w:sdtContent>
                <w:r>
                  <w:rPr>
                    <w:rFonts w:ascii="Arial" w:hAnsi="Arial" w:eastAsia="Arial"/>
                    <w:color w:val="56657A"/>
                    <w:i/>
                    <w:sz w:val="19"/>
                  </w:rPr>
                  <w:t>[wpisz]</w:t>
                </w:r>
              </w:sdtContent>
            </w:sdt>
          </w:p>
        </w:tc>
        <w:tc>
          <w:tcPr>
            <w:tcW w:type="dxa" w:w="1734"/>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3_WARTOSC"/>
                <w:tag w:val="POZ_3_WARTOSC"/>
                <w:id w:val="754107012"/>
                <w:text/>
              </w:sdtPr>
              <w:sdtContent>
                <w:r>
                  <w:rPr>
                    <w:rFonts w:ascii="Arial" w:hAnsi="Arial" w:eastAsia="Arial"/>
                    <w:color w:val="56657A"/>
                    <w:i/>
                    <w:sz w:val="19"/>
                  </w:rPr>
                  <w:t>[kwota]</w:t>
                </w:r>
              </w:sdtContent>
            </w:sdt>
          </w:p>
        </w:tc>
        <w:tc>
          <w:tcPr>
            <w:tcW w:type="dxa" w:w="346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3_GRUPA"/>
                <w:tag w:val="POZ_3_GRUPA"/>
                <w:id w:val="694263027"/>
                <w:text w:multiLine="1"/>
              </w:sdtPr>
              <w:sdtContent>
                <w:r>
                  <w:rPr>
                    <w:rFonts w:ascii="Arial" w:hAnsi="Arial" w:eastAsia="Arial"/>
                    <w:color w:val="56657A"/>
                    <w:i/>
                    <w:sz w:val="19"/>
                  </w:rPr>
                  <w:t>[grupa i powód]</w:t>
                </w:r>
              </w:sdtContent>
            </w:sdt>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4</w:t>
            </w:r>
          </w:p>
        </w:tc>
        <w:tc>
          <w:tcPr>
            <w:tcW w:type="dxa" w:w="2983"/>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4_NAZWA"/>
                <w:tag w:val="POZ_4_NAZWA"/>
                <w:id w:val="1734863239"/>
                <w:text/>
              </w:sdtPr>
              <w:sdtContent>
                <w:r>
                  <w:rPr>
                    <w:rFonts w:ascii="Arial" w:hAnsi="Arial" w:eastAsia="Arial"/>
                    <w:color w:val="56657A"/>
                    <w:i/>
                    <w:sz w:val="19"/>
                  </w:rPr>
                  <w:t>[wpisz]</w:t>
                </w:r>
              </w:sdtContent>
            </w:sdt>
          </w:p>
        </w:tc>
        <w:tc>
          <w:tcPr>
            <w:tcW w:type="dxa" w:w="90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4_ILOSC"/>
                <w:tag w:val="POZ_4_ILOSC"/>
                <w:id w:val="933374201"/>
                <w:text/>
              </w:sdtPr>
              <w:sdtContent>
                <w:r>
                  <w:rPr>
                    <w:rFonts w:ascii="Arial" w:hAnsi="Arial" w:eastAsia="Arial"/>
                    <w:color w:val="56657A"/>
                    <w:i/>
                    <w:sz w:val="19"/>
                  </w:rPr>
                  <w:t>[wpisz]</w:t>
                </w:r>
              </w:sdtContent>
            </w:sdt>
          </w:p>
        </w:tc>
        <w:tc>
          <w:tcPr>
            <w:tcW w:type="dxa" w:w="1734"/>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4_WARTOSC"/>
                <w:tag w:val="POZ_4_WARTOSC"/>
                <w:id w:val="1217638221"/>
                <w:text/>
              </w:sdtPr>
              <w:sdtContent>
                <w:r>
                  <w:rPr>
                    <w:rFonts w:ascii="Arial" w:hAnsi="Arial" w:eastAsia="Arial"/>
                    <w:color w:val="56657A"/>
                    <w:i/>
                    <w:sz w:val="19"/>
                  </w:rPr>
                  <w:t>[kwota]</w:t>
                </w:r>
              </w:sdtContent>
            </w:sdt>
          </w:p>
        </w:tc>
        <w:tc>
          <w:tcPr>
            <w:tcW w:type="dxa" w:w="346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4_GRUPA"/>
                <w:tag w:val="POZ_4_GRUPA"/>
                <w:id w:val="1824957053"/>
                <w:text w:multiLine="1"/>
              </w:sdtPr>
              <w:sdtContent>
                <w:r>
                  <w:rPr>
                    <w:rFonts w:ascii="Arial" w:hAnsi="Arial" w:eastAsia="Arial"/>
                    <w:color w:val="56657A"/>
                    <w:i/>
                    <w:sz w:val="19"/>
                  </w:rPr>
                  <w:t>[grupa i powód]</w:t>
                </w:r>
              </w:sdtContent>
            </w:sdt>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5</w:t>
            </w:r>
          </w:p>
        </w:tc>
        <w:tc>
          <w:tcPr>
            <w:tcW w:type="dxa" w:w="2983"/>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5_NAZWA"/>
                <w:tag w:val="POZ_5_NAZWA"/>
                <w:id w:val="1091625523"/>
                <w:text/>
              </w:sdtPr>
              <w:sdtContent>
                <w:r>
                  <w:rPr>
                    <w:rFonts w:ascii="Arial" w:hAnsi="Arial" w:eastAsia="Arial"/>
                    <w:color w:val="56657A"/>
                    <w:i/>
                    <w:sz w:val="19"/>
                  </w:rPr>
                  <w:t>[wpisz]</w:t>
                </w:r>
              </w:sdtContent>
            </w:sdt>
          </w:p>
        </w:tc>
        <w:tc>
          <w:tcPr>
            <w:tcW w:type="dxa" w:w="90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5_ILOSC"/>
                <w:tag w:val="POZ_5_ILOSC"/>
                <w:id w:val="299180877"/>
                <w:text/>
              </w:sdtPr>
              <w:sdtContent>
                <w:r>
                  <w:rPr>
                    <w:rFonts w:ascii="Arial" w:hAnsi="Arial" w:eastAsia="Arial"/>
                    <w:color w:val="56657A"/>
                    <w:i/>
                    <w:sz w:val="19"/>
                  </w:rPr>
                  <w:t>[wpisz]</w:t>
                </w:r>
              </w:sdtContent>
            </w:sdt>
          </w:p>
        </w:tc>
        <w:tc>
          <w:tcPr>
            <w:tcW w:type="dxa" w:w="1734"/>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5_WARTOSC"/>
                <w:tag w:val="POZ_5_WARTOSC"/>
                <w:id w:val="1609087758"/>
                <w:text/>
              </w:sdtPr>
              <w:sdtContent>
                <w:r>
                  <w:rPr>
                    <w:rFonts w:ascii="Arial" w:hAnsi="Arial" w:eastAsia="Arial"/>
                    <w:color w:val="56657A"/>
                    <w:i/>
                    <w:sz w:val="19"/>
                  </w:rPr>
                  <w:t>[kwota]</w:t>
                </w:r>
              </w:sdtContent>
            </w:sdt>
          </w:p>
        </w:tc>
        <w:tc>
          <w:tcPr>
            <w:tcW w:type="dxa" w:w="346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OZ_5_GRUPA"/>
                <w:tag w:val="POZ_5_GRUPA"/>
                <w:id w:val="1253157321"/>
                <w:text w:multiLine="1"/>
              </w:sdtPr>
              <w:sdtContent>
                <w:r>
                  <w:rPr>
                    <w:rFonts w:ascii="Arial" w:hAnsi="Arial" w:eastAsia="Arial"/>
                    <w:color w:val="56657A"/>
                    <w:i/>
                    <w:sz w:val="19"/>
                  </w:rPr>
                  <w:t>[grupa i powód]</w:t>
                </w:r>
              </w:sdtContent>
            </w:sdt>
          </w:p>
        </w:tc>
      </w:tr>
    </w:tbl>
    <w:p>
      <w:pPr>
        <w:spacing w:before="240"/>
      </w:pPr>
      <w:r>
        <w:br w:type="page"/>
      </w:r>
    </w:p>
    <w:p>
      <w:pPr>
        <w:pStyle w:val="Heading1"/>
        <w:keepNext/>
        <w:spacing w:before="360" w:after="200" w:line="252" w:lineRule="auto"/>
      </w:pPr>
      <w:r/>
      <w:r>
        <w:t>4. Zapisz, skąd pochodzą ceny</w:t>
      </w:r>
    </w:p>
    <w:p>
      <w:pPr>
        <w:spacing w:after="240" w:line="276" w:lineRule="auto" w:before="100"/>
      </w:pPr>
      <w:r>
        <w:rPr>
          <w:rFonts w:ascii="Arial" w:hAnsi="Arial" w:eastAsia="Arial"/>
          <w:sz w:val="20"/>
        </w:rPr>
        <w:t>Nie musisz zebrać określonej liczby ofert. Sprawdź rynek rzetelnie i zachowaj wiarygodne źródła cen. Jeśli znaleziona cena dotyczy innego zakresu niż twój zakup, wykorzystaj ją tylko wtedy, gdy potrafisz jasno ją przeliczyć i opisać zmianę. W razie potrzeby dodaj lub usuń wiersze.</w:t>
      </w:r>
    </w:p>
    <w:tbl>
      <w:tblPr>
        <w:tblW w:type="dxa" w:w="9712"/>
        <w:jc w:val="left"/>
        <w:tblLayout w:type="fixed"/>
        <w:tblLook w:firstColumn="1" w:firstRow="1" w:lastColumn="0" w:lastRow="0" w:noHBand="0" w:noVBand="1" w:val="04A0"/>
        <w:tblInd w:type="dxa" w:w="120"/>
        <w:tblBorders>
          <w:top w:val="single" w:sz="7" w:space="0" w:color="8AA0B5"/>
          <w:left w:val="single" w:sz="7" w:space="0" w:color="8AA0B5"/>
          <w:bottom w:val="single" w:sz="7" w:space="0" w:color="8AA0B5"/>
          <w:right w:val="single" w:sz="7" w:space="0" w:color="8AA0B5"/>
          <w:insideH w:val="single" w:sz="7" w:space="0" w:color="8AA0B5"/>
          <w:insideV w:val="single" w:sz="7" w:space="0" w:color="8AA0B5"/>
        </w:tblBorders>
      </w:tblPr>
      <w:tblGrid>
        <w:gridCol w:w="555"/>
        <w:gridCol w:w="2151"/>
        <w:gridCol w:w="1387"/>
        <w:gridCol w:w="1179"/>
        <w:gridCol w:w="3052"/>
        <w:gridCol w:w="1388"/>
      </w:tblGrid>
      <w:tr>
        <w:trPr>
          <w:tblHeader w:val="true"/>
        </w:trPr>
        <w:tc>
          <w:tcPr>
            <w:tcW w:type="dxa" w:w="555"/>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Lp.</w:t>
            </w:r>
          </w:p>
        </w:tc>
        <w:tc>
          <w:tcPr>
            <w:tcW w:type="dxa" w:w="2151"/>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Źródło ceny: firma, cennik lub adres strony internetowej</w:t>
            </w:r>
          </w:p>
        </w:tc>
        <w:tc>
          <w:tcPr>
            <w:tcW w:type="dxa" w:w="1387"/>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Data otrzymania lub sprawdzenia</w:t>
            </w:r>
          </w:p>
        </w:tc>
        <w:tc>
          <w:tcPr>
            <w:tcW w:type="dxa" w:w="1179"/>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Cena netto</w:t>
            </w:r>
          </w:p>
        </w:tc>
        <w:tc>
          <w:tcPr>
            <w:tcW w:type="dxa" w:w="3052"/>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Co obejmuje podana cena</w:t>
            </w:r>
          </w:p>
        </w:tc>
        <w:tc>
          <w:tcPr>
            <w:tcW w:type="dxa" w:w="1388"/>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Załącznik</w:t>
            </w:r>
          </w:p>
        </w:tc>
      </w:tr>
      <w:tr>
        <w:trPr/>
        <w:tc>
          <w:tcPr>
            <w:tcW w:type="dxa" w:w="555"/>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1</w:t>
            </w:r>
          </w:p>
        </w:tc>
        <w:tc>
          <w:tcPr>
            <w:tcW w:type="dxa" w:w="215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1"/>
                <w:tag w:val="ZRODLO_1"/>
                <w:id w:val="713232"/>
                <w:text/>
              </w:sdtPr>
              <w:sdtContent>
                <w:r>
                  <w:rPr>
                    <w:rFonts w:ascii="Arial" w:hAnsi="Arial" w:eastAsia="Arial"/>
                    <w:color w:val="56657A"/>
                    <w:i/>
                    <w:sz w:val="19"/>
                  </w:rPr>
                  <w:t>[wpisz]</w:t>
                </w:r>
              </w:sdtContent>
            </w:sdt>
          </w:p>
        </w:tc>
        <w:tc>
          <w:tcPr>
            <w:tcW w:type="dxa" w:w="138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1_DATA"/>
                <w:tag w:val="ZRODLO_1_DATA"/>
                <w:id w:val="1824615776"/>
                <w:text/>
              </w:sdtPr>
              <w:sdtContent>
                <w:r>
                  <w:rPr>
                    <w:rFonts w:ascii="Arial" w:hAnsi="Arial" w:eastAsia="Arial"/>
                    <w:color w:val="56657A"/>
                    <w:i/>
                    <w:sz w:val="19"/>
                  </w:rPr>
                  <w:t>[data]</w:t>
                </w:r>
              </w:sdtContent>
            </w:sdt>
          </w:p>
        </w:tc>
        <w:tc>
          <w:tcPr>
            <w:tcW w:type="dxa" w:w="117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1_CENA"/>
                <w:tag w:val="ZRODLO_1_CENA"/>
                <w:id w:val="1177683934"/>
                <w:text/>
              </w:sdtPr>
              <w:sdtContent>
                <w:r>
                  <w:rPr>
                    <w:rFonts w:ascii="Arial" w:hAnsi="Arial" w:eastAsia="Arial"/>
                    <w:color w:val="56657A"/>
                    <w:i/>
                    <w:sz w:val="19"/>
                  </w:rPr>
                  <w:t>[kwota]</w:t>
                </w:r>
              </w:sdtContent>
            </w:sdt>
          </w:p>
        </w:tc>
        <w:tc>
          <w:tcPr>
            <w:tcW w:type="dxa" w:w="305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1_ZAKRES"/>
                <w:tag w:val="ZRODLO_1_ZAKRES"/>
                <w:id w:val="1200425593"/>
                <w:text w:multiLine="1"/>
              </w:sdtPr>
              <w:sdtContent>
                <w:r>
                  <w:rPr>
                    <w:rFonts w:ascii="Arial" w:hAnsi="Arial" w:eastAsia="Arial"/>
                    <w:color w:val="56657A"/>
                    <w:i/>
                    <w:sz w:val="19"/>
                  </w:rPr>
                  <w:t>[co obejmuje]</w:t>
                </w:r>
              </w:sdtContent>
            </w:sdt>
          </w:p>
        </w:tc>
        <w:tc>
          <w:tcPr>
            <w:tcW w:type="dxa" w:w="1388"/>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1_ZAL"/>
                <w:tag w:val="ZRODLO_1_ZAL"/>
                <w:id w:val="673259658"/>
                <w:text/>
              </w:sdtPr>
              <w:sdtContent>
                <w:r>
                  <w:rPr>
                    <w:rFonts w:ascii="Arial" w:hAnsi="Arial" w:eastAsia="Arial"/>
                    <w:color w:val="56657A"/>
                    <w:i/>
                    <w:sz w:val="19"/>
                  </w:rPr>
                  <w:t>[nr / nazwa]</w:t>
                </w:r>
              </w:sdtContent>
            </w:sdt>
          </w:p>
        </w:tc>
      </w:tr>
      <w:tr>
        <w:trPr/>
        <w:tc>
          <w:tcPr>
            <w:tcW w:type="dxa" w:w="555"/>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2</w:t>
            </w:r>
          </w:p>
        </w:tc>
        <w:tc>
          <w:tcPr>
            <w:tcW w:type="dxa" w:w="215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2"/>
                <w:tag w:val="ZRODLO_2"/>
                <w:id w:val="419673002"/>
                <w:text/>
              </w:sdtPr>
              <w:sdtContent>
                <w:r>
                  <w:rPr>
                    <w:rFonts w:ascii="Arial" w:hAnsi="Arial" w:eastAsia="Arial"/>
                    <w:color w:val="56657A"/>
                    <w:i/>
                    <w:sz w:val="19"/>
                  </w:rPr>
                  <w:t>[wpisz]</w:t>
                </w:r>
              </w:sdtContent>
            </w:sdt>
          </w:p>
        </w:tc>
        <w:tc>
          <w:tcPr>
            <w:tcW w:type="dxa" w:w="138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2_DATA"/>
                <w:tag w:val="ZRODLO_2_DATA"/>
                <w:id w:val="1783963598"/>
                <w:text/>
              </w:sdtPr>
              <w:sdtContent>
                <w:r>
                  <w:rPr>
                    <w:rFonts w:ascii="Arial" w:hAnsi="Arial" w:eastAsia="Arial"/>
                    <w:color w:val="56657A"/>
                    <w:i/>
                    <w:sz w:val="19"/>
                  </w:rPr>
                  <w:t>[data]</w:t>
                </w:r>
              </w:sdtContent>
            </w:sdt>
          </w:p>
        </w:tc>
        <w:tc>
          <w:tcPr>
            <w:tcW w:type="dxa" w:w="117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2_CENA"/>
                <w:tag w:val="ZRODLO_2_CENA"/>
                <w:id w:val="1084650864"/>
                <w:text/>
              </w:sdtPr>
              <w:sdtContent>
                <w:r>
                  <w:rPr>
                    <w:rFonts w:ascii="Arial" w:hAnsi="Arial" w:eastAsia="Arial"/>
                    <w:color w:val="56657A"/>
                    <w:i/>
                    <w:sz w:val="19"/>
                  </w:rPr>
                  <w:t>[kwota]</w:t>
                </w:r>
              </w:sdtContent>
            </w:sdt>
          </w:p>
        </w:tc>
        <w:tc>
          <w:tcPr>
            <w:tcW w:type="dxa" w:w="305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2_ZAKRES"/>
                <w:tag w:val="ZRODLO_2_ZAKRES"/>
                <w:id w:val="1224871322"/>
                <w:text w:multiLine="1"/>
              </w:sdtPr>
              <w:sdtContent>
                <w:r>
                  <w:rPr>
                    <w:rFonts w:ascii="Arial" w:hAnsi="Arial" w:eastAsia="Arial"/>
                    <w:color w:val="56657A"/>
                    <w:i/>
                    <w:sz w:val="19"/>
                  </w:rPr>
                  <w:t>[co obejmuje]</w:t>
                </w:r>
              </w:sdtContent>
            </w:sdt>
          </w:p>
        </w:tc>
        <w:tc>
          <w:tcPr>
            <w:tcW w:type="dxa" w:w="1388"/>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2_ZAL"/>
                <w:tag w:val="ZRODLO_2_ZAL"/>
                <w:id w:val="1870748250"/>
                <w:text/>
              </w:sdtPr>
              <w:sdtContent>
                <w:r>
                  <w:rPr>
                    <w:rFonts w:ascii="Arial" w:hAnsi="Arial" w:eastAsia="Arial"/>
                    <w:color w:val="56657A"/>
                    <w:i/>
                    <w:sz w:val="19"/>
                  </w:rPr>
                  <w:t>[nr / nazwa]</w:t>
                </w:r>
              </w:sdtContent>
            </w:sdt>
          </w:p>
        </w:tc>
      </w:tr>
      <w:tr>
        <w:trPr/>
        <w:tc>
          <w:tcPr>
            <w:tcW w:type="dxa" w:w="555"/>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3</w:t>
            </w:r>
          </w:p>
        </w:tc>
        <w:tc>
          <w:tcPr>
            <w:tcW w:type="dxa" w:w="215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3"/>
                <w:tag w:val="ZRODLO_3"/>
                <w:id w:val="1845789500"/>
                <w:text/>
              </w:sdtPr>
              <w:sdtContent>
                <w:r>
                  <w:rPr>
                    <w:rFonts w:ascii="Arial" w:hAnsi="Arial" w:eastAsia="Arial"/>
                    <w:color w:val="56657A"/>
                    <w:i/>
                    <w:sz w:val="19"/>
                  </w:rPr>
                  <w:t>[wpisz]</w:t>
                </w:r>
              </w:sdtContent>
            </w:sdt>
          </w:p>
        </w:tc>
        <w:tc>
          <w:tcPr>
            <w:tcW w:type="dxa" w:w="138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3_DATA"/>
                <w:tag w:val="ZRODLO_3_DATA"/>
                <w:id w:val="554290283"/>
                <w:text/>
              </w:sdtPr>
              <w:sdtContent>
                <w:r>
                  <w:rPr>
                    <w:rFonts w:ascii="Arial" w:hAnsi="Arial" w:eastAsia="Arial"/>
                    <w:color w:val="56657A"/>
                    <w:i/>
                    <w:sz w:val="19"/>
                  </w:rPr>
                  <w:t>[data]</w:t>
                </w:r>
              </w:sdtContent>
            </w:sdt>
          </w:p>
        </w:tc>
        <w:tc>
          <w:tcPr>
            <w:tcW w:type="dxa" w:w="117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3_CENA"/>
                <w:tag w:val="ZRODLO_3_CENA"/>
                <w:id w:val="200976085"/>
                <w:text/>
              </w:sdtPr>
              <w:sdtContent>
                <w:r>
                  <w:rPr>
                    <w:rFonts w:ascii="Arial" w:hAnsi="Arial" w:eastAsia="Arial"/>
                    <w:color w:val="56657A"/>
                    <w:i/>
                    <w:sz w:val="19"/>
                  </w:rPr>
                  <w:t>[kwota]</w:t>
                </w:r>
              </w:sdtContent>
            </w:sdt>
          </w:p>
        </w:tc>
        <w:tc>
          <w:tcPr>
            <w:tcW w:type="dxa" w:w="305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3_ZAKRES"/>
                <w:tag w:val="ZRODLO_3_ZAKRES"/>
                <w:id w:val="94899460"/>
                <w:text w:multiLine="1"/>
              </w:sdtPr>
              <w:sdtContent>
                <w:r>
                  <w:rPr>
                    <w:rFonts w:ascii="Arial" w:hAnsi="Arial" w:eastAsia="Arial"/>
                    <w:color w:val="56657A"/>
                    <w:i/>
                    <w:sz w:val="19"/>
                  </w:rPr>
                  <w:t>[co obejmuje]</w:t>
                </w:r>
              </w:sdtContent>
            </w:sdt>
          </w:p>
        </w:tc>
        <w:tc>
          <w:tcPr>
            <w:tcW w:type="dxa" w:w="1388"/>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3_ZAL"/>
                <w:tag w:val="ZRODLO_3_ZAL"/>
                <w:id w:val="1390506986"/>
                <w:text/>
              </w:sdtPr>
              <w:sdtContent>
                <w:r>
                  <w:rPr>
                    <w:rFonts w:ascii="Arial" w:hAnsi="Arial" w:eastAsia="Arial"/>
                    <w:color w:val="56657A"/>
                    <w:i/>
                    <w:sz w:val="19"/>
                  </w:rPr>
                  <w:t>[nr / nazwa]</w:t>
                </w:r>
              </w:sdtContent>
            </w:sdt>
          </w:p>
        </w:tc>
      </w:tr>
      <w:tr>
        <w:trPr/>
        <w:tc>
          <w:tcPr>
            <w:tcW w:type="dxa" w:w="555"/>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4</w:t>
            </w:r>
          </w:p>
        </w:tc>
        <w:tc>
          <w:tcPr>
            <w:tcW w:type="dxa" w:w="215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4"/>
                <w:tag w:val="ZRODLO_4"/>
                <w:id w:val="1885345439"/>
                <w:text/>
              </w:sdtPr>
              <w:sdtContent>
                <w:r>
                  <w:rPr>
                    <w:rFonts w:ascii="Arial" w:hAnsi="Arial" w:eastAsia="Arial"/>
                    <w:color w:val="56657A"/>
                    <w:i/>
                    <w:sz w:val="19"/>
                  </w:rPr>
                  <w:t>[wpisz]</w:t>
                </w:r>
              </w:sdtContent>
            </w:sdt>
          </w:p>
        </w:tc>
        <w:tc>
          <w:tcPr>
            <w:tcW w:type="dxa" w:w="138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4_DATA"/>
                <w:tag w:val="ZRODLO_4_DATA"/>
                <w:id w:val="1007484115"/>
                <w:text/>
              </w:sdtPr>
              <w:sdtContent>
                <w:r>
                  <w:rPr>
                    <w:rFonts w:ascii="Arial" w:hAnsi="Arial" w:eastAsia="Arial"/>
                    <w:color w:val="56657A"/>
                    <w:i/>
                    <w:sz w:val="19"/>
                  </w:rPr>
                  <w:t>[data]</w:t>
                </w:r>
              </w:sdtContent>
            </w:sdt>
          </w:p>
        </w:tc>
        <w:tc>
          <w:tcPr>
            <w:tcW w:type="dxa" w:w="117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4_CENA"/>
                <w:tag w:val="ZRODLO_4_CENA"/>
                <w:id w:val="385848941"/>
                <w:text/>
              </w:sdtPr>
              <w:sdtContent>
                <w:r>
                  <w:rPr>
                    <w:rFonts w:ascii="Arial" w:hAnsi="Arial" w:eastAsia="Arial"/>
                    <w:color w:val="56657A"/>
                    <w:i/>
                    <w:sz w:val="19"/>
                  </w:rPr>
                  <w:t>[kwota]</w:t>
                </w:r>
              </w:sdtContent>
            </w:sdt>
          </w:p>
        </w:tc>
        <w:tc>
          <w:tcPr>
            <w:tcW w:type="dxa" w:w="305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4_ZAKRES"/>
                <w:tag w:val="ZRODLO_4_ZAKRES"/>
                <w:id w:val="258802717"/>
                <w:text w:multiLine="1"/>
              </w:sdtPr>
              <w:sdtContent>
                <w:r>
                  <w:rPr>
                    <w:rFonts w:ascii="Arial" w:hAnsi="Arial" w:eastAsia="Arial"/>
                    <w:color w:val="56657A"/>
                    <w:i/>
                    <w:sz w:val="19"/>
                  </w:rPr>
                  <w:t>[co obejmuje]</w:t>
                </w:r>
              </w:sdtContent>
            </w:sdt>
          </w:p>
        </w:tc>
        <w:tc>
          <w:tcPr>
            <w:tcW w:type="dxa" w:w="1388"/>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4_ZAL"/>
                <w:tag w:val="ZRODLO_4_ZAL"/>
                <w:id w:val="1623306234"/>
                <w:text/>
              </w:sdtPr>
              <w:sdtContent>
                <w:r>
                  <w:rPr>
                    <w:rFonts w:ascii="Arial" w:hAnsi="Arial" w:eastAsia="Arial"/>
                    <w:color w:val="56657A"/>
                    <w:i/>
                    <w:sz w:val="19"/>
                  </w:rPr>
                  <w:t>[nr / nazwa]</w:t>
                </w:r>
              </w:sdtContent>
            </w:sdt>
          </w:p>
        </w:tc>
      </w:tr>
      <w:tr>
        <w:trPr/>
        <w:tc>
          <w:tcPr>
            <w:tcW w:type="dxa" w:w="555"/>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5</w:t>
            </w:r>
          </w:p>
        </w:tc>
        <w:tc>
          <w:tcPr>
            <w:tcW w:type="dxa" w:w="215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5"/>
                <w:tag w:val="ZRODLO_5"/>
                <w:id w:val="124200457"/>
                <w:text/>
              </w:sdtPr>
              <w:sdtContent>
                <w:r>
                  <w:rPr>
                    <w:rFonts w:ascii="Arial" w:hAnsi="Arial" w:eastAsia="Arial"/>
                    <w:color w:val="56657A"/>
                    <w:i/>
                    <w:sz w:val="19"/>
                  </w:rPr>
                  <w:t>[wpisz]</w:t>
                </w:r>
              </w:sdtContent>
            </w:sdt>
          </w:p>
        </w:tc>
        <w:tc>
          <w:tcPr>
            <w:tcW w:type="dxa" w:w="138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5_DATA"/>
                <w:tag w:val="ZRODLO_5_DATA"/>
                <w:id w:val="2001743734"/>
                <w:text/>
              </w:sdtPr>
              <w:sdtContent>
                <w:r>
                  <w:rPr>
                    <w:rFonts w:ascii="Arial" w:hAnsi="Arial" w:eastAsia="Arial"/>
                    <w:color w:val="56657A"/>
                    <w:i/>
                    <w:sz w:val="19"/>
                  </w:rPr>
                  <w:t>[data]</w:t>
                </w:r>
              </w:sdtContent>
            </w:sdt>
          </w:p>
        </w:tc>
        <w:tc>
          <w:tcPr>
            <w:tcW w:type="dxa" w:w="117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5_CENA"/>
                <w:tag w:val="ZRODLO_5_CENA"/>
                <w:id w:val="1570981320"/>
                <w:text/>
              </w:sdtPr>
              <w:sdtContent>
                <w:r>
                  <w:rPr>
                    <w:rFonts w:ascii="Arial" w:hAnsi="Arial" w:eastAsia="Arial"/>
                    <w:color w:val="56657A"/>
                    <w:i/>
                    <w:sz w:val="19"/>
                  </w:rPr>
                  <w:t>[kwota]</w:t>
                </w:r>
              </w:sdtContent>
            </w:sdt>
          </w:p>
        </w:tc>
        <w:tc>
          <w:tcPr>
            <w:tcW w:type="dxa" w:w="305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5_ZAKRES"/>
                <w:tag w:val="ZRODLO_5_ZAKRES"/>
                <w:id w:val="1137116291"/>
                <w:text w:multiLine="1"/>
              </w:sdtPr>
              <w:sdtContent>
                <w:r>
                  <w:rPr>
                    <w:rFonts w:ascii="Arial" w:hAnsi="Arial" w:eastAsia="Arial"/>
                    <w:color w:val="56657A"/>
                    <w:i/>
                    <w:sz w:val="19"/>
                  </w:rPr>
                  <w:t>[co obejmuje]</w:t>
                </w:r>
              </w:sdtContent>
            </w:sdt>
          </w:p>
        </w:tc>
        <w:tc>
          <w:tcPr>
            <w:tcW w:type="dxa" w:w="1388"/>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RODLO_5_ZAL"/>
                <w:tag w:val="ZRODLO_5_ZAL"/>
                <w:id w:val="1570866762"/>
                <w:text/>
              </w:sdtPr>
              <w:sdtContent>
                <w:r>
                  <w:rPr>
                    <w:rFonts w:ascii="Arial" w:hAnsi="Arial" w:eastAsia="Arial"/>
                    <w:color w:val="56657A"/>
                    <w:i/>
                    <w:sz w:val="19"/>
                  </w:rPr>
                  <w:t>[nr / nazwa]</w:t>
                </w:r>
              </w:sdtContent>
            </w:sdt>
          </w:p>
        </w:tc>
      </w:tr>
    </w:tbl>
    <w:p>
      <w:pPr>
        <w:pStyle w:val="Heading1"/>
        <w:keepNext/>
        <w:pageBreakBefore/>
        <w:spacing w:before="240" w:after="200" w:line="252" w:lineRule="auto"/>
      </w:pPr>
      <w:r/>
      <w:r>
        <w:t>5. Porównaj ceny dla takiego samego zakresu</w:t>
      </w:r>
    </w:p>
    <w:p>
      <w:pPr>
        <w:spacing w:after="240" w:line="276" w:lineRule="auto" w:before="100"/>
      </w:pPr>
      <w:r>
        <w:rPr>
          <w:rFonts w:ascii="Arial" w:hAnsi="Arial" w:eastAsia="Arial"/>
          <w:sz w:val="20"/>
        </w:rPr>
        <w:t>Zanim porównasz ceny, sprawdź, czy każda z nich obejmuje dokładnie to, co chcesz kupić. Jeśli czegoś brakuje albo cena obejmuje coś dodatkowego, wpisz korektę: dodaj lub odejmij odpowiednią kwotę i wyjaśnij, skąd ją wziąłeś. Gdy jedna cena mocno odbiega od pozostałych, ustal przyczynę, zanim zdecydujesz, czy ją uwzględnić.</w:t>
      </w:r>
    </w:p>
    <w:tbl>
      <w:tblPr>
        <w:tblW w:type="dxa" w:w="9712"/>
        <w:jc w:val="left"/>
        <w:tblLayout w:type="fixed"/>
        <w:tblLook w:firstColumn="1" w:firstRow="1" w:lastColumn="0" w:lastRow="0" w:noHBand="0" w:noVBand="1" w:val="04A0"/>
        <w:tblInd w:type="dxa" w:w="120"/>
        <w:tblBorders>
          <w:top w:val="single" w:sz="7" w:space="0" w:color="8AA0B5"/>
          <w:left w:val="single" w:sz="7" w:space="0" w:color="8AA0B5"/>
          <w:bottom w:val="single" w:sz="7" w:space="0" w:color="8AA0B5"/>
          <w:right w:val="single" w:sz="7" w:space="0" w:color="8AA0B5"/>
          <w:insideH w:val="single" w:sz="7" w:space="0" w:color="8AA0B5"/>
          <w:insideV w:val="single" w:sz="7" w:space="0" w:color="8AA0B5"/>
        </w:tblBorders>
      </w:tblPr>
      <w:tblGrid>
        <w:gridCol w:w="971"/>
        <w:gridCol w:w="1249"/>
        <w:gridCol w:w="3260"/>
        <w:gridCol w:w="1041"/>
        <w:gridCol w:w="1387"/>
        <w:gridCol w:w="1804"/>
      </w:tblGrid>
      <w:tr>
        <w:trPr>
          <w:tblHeader w:val="true"/>
        </w:trPr>
        <w:tc>
          <w:tcPr>
            <w:tcW w:type="dxa" w:w="971"/>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Źródło</w:t>
            </w:r>
          </w:p>
        </w:tc>
        <w:tc>
          <w:tcPr>
            <w:tcW w:type="dxa" w:w="1249"/>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Cena netto ze źródła</w:t>
            </w:r>
          </w:p>
        </w:tc>
        <w:tc>
          <w:tcPr>
            <w:tcW w:type="dxa" w:w="3260"/>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Co dodajesz lub odejmujesz — i dlaczego</w:t>
            </w:r>
          </w:p>
        </w:tc>
        <w:tc>
          <w:tcPr>
            <w:tcW w:type="dxa" w:w="1041"/>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Korekta netto</w:t>
            </w:r>
          </w:p>
        </w:tc>
        <w:tc>
          <w:tcPr>
            <w:tcW w:type="dxa" w:w="1387"/>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Cena netto po korekcie</w:t>
            </w:r>
          </w:p>
        </w:tc>
        <w:tc>
          <w:tcPr>
            <w:tcW w:type="dxa" w:w="1804"/>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Czy uwzględniasz tę cenę? Dlaczego?</w:t>
            </w:r>
          </w:p>
        </w:tc>
      </w:tr>
      <w:tr>
        <w:trPr/>
        <w:tc>
          <w:tcPr>
            <w:tcW w:type="dxa" w:w="97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1_ZRODLO"/>
                <w:tag w:val="UJ_1_ZRODLO"/>
                <w:id w:val="996840892"/>
                <w:text/>
              </w:sdtPr>
              <w:sdtContent>
                <w:r>
                  <w:rPr>
                    <w:rFonts w:ascii="Arial" w:hAnsi="Arial" w:eastAsia="Arial"/>
                    <w:color w:val="56657A"/>
                    <w:i/>
                    <w:sz w:val="19"/>
                  </w:rPr>
                  <w:t>[nazwa]</w:t>
                </w:r>
              </w:sdtContent>
            </w:sdt>
          </w:p>
        </w:tc>
        <w:tc>
          <w:tcPr>
            <w:tcW w:type="dxa" w:w="124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1_START"/>
                <w:tag w:val="UJ_1_START"/>
                <w:id w:val="651049327"/>
                <w:text/>
              </w:sdtPr>
              <w:sdtContent>
                <w:r>
                  <w:rPr>
                    <w:rFonts w:ascii="Arial" w:hAnsi="Arial" w:eastAsia="Arial"/>
                    <w:color w:val="56657A"/>
                    <w:i/>
                    <w:sz w:val="19"/>
                  </w:rPr>
                  <w:t>[kwota]</w:t>
                </w:r>
              </w:sdtContent>
            </w:sdt>
          </w:p>
        </w:tc>
        <w:tc>
          <w:tcPr>
            <w:tcW w:type="dxa" w:w="3260"/>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1_ELEMENTY"/>
                <w:tag w:val="UJ_1_ELEMENTY"/>
                <w:id w:val="127368788"/>
                <w:text w:multiLine="1"/>
              </w:sdtPr>
              <w:sdtContent>
                <w:r>
                  <w:rPr>
                    <w:rFonts w:ascii="Arial" w:hAnsi="Arial" w:eastAsia="Arial"/>
                    <w:color w:val="56657A"/>
                    <w:i/>
                    <w:sz w:val="19"/>
                  </w:rPr>
                  <w:t>[opisz]</w:t>
                </w:r>
              </w:sdtContent>
            </w:sdt>
          </w:p>
        </w:tc>
        <w:tc>
          <w:tcPr>
            <w:tcW w:type="dxa" w:w="104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1_KOREKTA"/>
                <w:tag w:val="UJ_1_KOREKTA"/>
                <w:id w:val="1667327183"/>
                <w:text/>
              </w:sdtPr>
              <w:sdtContent>
                <w:r>
                  <w:rPr>
                    <w:rFonts w:ascii="Arial" w:hAnsi="Arial" w:eastAsia="Arial"/>
                    <w:color w:val="56657A"/>
                    <w:i/>
                    <w:sz w:val="19"/>
                  </w:rPr>
                  <w:t>[+ / - kwota]</w:t>
                </w:r>
              </w:sdtContent>
            </w:sdt>
          </w:p>
        </w:tc>
        <w:tc>
          <w:tcPr>
            <w:tcW w:type="dxa" w:w="138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1_WYNIK"/>
                <w:tag w:val="UJ_1_WYNIK"/>
                <w:id w:val="239519264"/>
                <w:text/>
              </w:sdtPr>
              <w:sdtContent>
                <w:r>
                  <w:rPr>
                    <w:rFonts w:ascii="Arial" w:hAnsi="Arial" w:eastAsia="Arial"/>
                    <w:color w:val="56657A"/>
                    <w:i/>
                    <w:sz w:val="19"/>
                  </w:rPr>
                  <w:t>[kwota]</w:t>
                </w:r>
              </w:sdtContent>
            </w:sdt>
          </w:p>
        </w:tc>
        <w:tc>
          <w:tcPr>
            <w:tcW w:type="dxa" w:w="1804"/>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1_DECYZJA"/>
                <w:tag w:val="UJ_1_DECYZJA"/>
                <w:id w:val="978884557"/>
                <w:text w:multiLine="1"/>
              </w:sdtPr>
              <w:sdtContent>
                <w:r>
                  <w:rPr>
                    <w:rFonts w:ascii="Arial" w:hAnsi="Arial" w:eastAsia="Arial"/>
                    <w:color w:val="56657A"/>
                    <w:i/>
                    <w:sz w:val="19"/>
                  </w:rPr>
                  <w:t>[tak / nie i dlaczego]</w:t>
                </w:r>
              </w:sdtContent>
            </w:sdt>
          </w:p>
        </w:tc>
      </w:tr>
      <w:tr>
        <w:trPr/>
        <w:tc>
          <w:tcPr>
            <w:tcW w:type="dxa" w:w="97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2_ZRODLO"/>
                <w:tag w:val="UJ_2_ZRODLO"/>
                <w:id w:val="904237663"/>
                <w:text/>
              </w:sdtPr>
              <w:sdtContent>
                <w:r>
                  <w:rPr>
                    <w:rFonts w:ascii="Arial" w:hAnsi="Arial" w:eastAsia="Arial"/>
                    <w:color w:val="56657A"/>
                    <w:i/>
                    <w:sz w:val="19"/>
                  </w:rPr>
                  <w:t>[nazwa]</w:t>
                </w:r>
              </w:sdtContent>
            </w:sdt>
          </w:p>
        </w:tc>
        <w:tc>
          <w:tcPr>
            <w:tcW w:type="dxa" w:w="124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2_START"/>
                <w:tag w:val="UJ_2_START"/>
                <w:id w:val="388375538"/>
                <w:text/>
              </w:sdtPr>
              <w:sdtContent>
                <w:r>
                  <w:rPr>
                    <w:rFonts w:ascii="Arial" w:hAnsi="Arial" w:eastAsia="Arial"/>
                    <w:color w:val="56657A"/>
                    <w:i/>
                    <w:sz w:val="19"/>
                  </w:rPr>
                  <w:t>[kwota]</w:t>
                </w:r>
              </w:sdtContent>
            </w:sdt>
          </w:p>
        </w:tc>
        <w:tc>
          <w:tcPr>
            <w:tcW w:type="dxa" w:w="3260"/>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2_ELEMENTY"/>
                <w:tag w:val="UJ_2_ELEMENTY"/>
                <w:id w:val="1822475607"/>
                <w:text w:multiLine="1"/>
              </w:sdtPr>
              <w:sdtContent>
                <w:r>
                  <w:rPr>
                    <w:rFonts w:ascii="Arial" w:hAnsi="Arial" w:eastAsia="Arial"/>
                    <w:color w:val="56657A"/>
                    <w:i/>
                    <w:sz w:val="19"/>
                  </w:rPr>
                  <w:t>[opisz]</w:t>
                </w:r>
              </w:sdtContent>
            </w:sdt>
          </w:p>
        </w:tc>
        <w:tc>
          <w:tcPr>
            <w:tcW w:type="dxa" w:w="104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2_KOREKTA"/>
                <w:tag w:val="UJ_2_KOREKTA"/>
                <w:id w:val="1525438474"/>
                <w:text/>
              </w:sdtPr>
              <w:sdtContent>
                <w:r>
                  <w:rPr>
                    <w:rFonts w:ascii="Arial" w:hAnsi="Arial" w:eastAsia="Arial"/>
                    <w:color w:val="56657A"/>
                    <w:i/>
                    <w:sz w:val="19"/>
                  </w:rPr>
                  <w:t>[+ / - kwota]</w:t>
                </w:r>
              </w:sdtContent>
            </w:sdt>
          </w:p>
        </w:tc>
        <w:tc>
          <w:tcPr>
            <w:tcW w:type="dxa" w:w="138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2_WYNIK"/>
                <w:tag w:val="UJ_2_WYNIK"/>
                <w:id w:val="1068424381"/>
                <w:text/>
              </w:sdtPr>
              <w:sdtContent>
                <w:r>
                  <w:rPr>
                    <w:rFonts w:ascii="Arial" w:hAnsi="Arial" w:eastAsia="Arial"/>
                    <w:color w:val="56657A"/>
                    <w:i/>
                    <w:sz w:val="19"/>
                  </w:rPr>
                  <w:t>[kwota]</w:t>
                </w:r>
              </w:sdtContent>
            </w:sdt>
          </w:p>
        </w:tc>
        <w:tc>
          <w:tcPr>
            <w:tcW w:type="dxa" w:w="1804"/>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2_DECYZJA"/>
                <w:tag w:val="UJ_2_DECYZJA"/>
                <w:id w:val="64334600"/>
                <w:text w:multiLine="1"/>
              </w:sdtPr>
              <w:sdtContent>
                <w:r>
                  <w:rPr>
                    <w:rFonts w:ascii="Arial" w:hAnsi="Arial" w:eastAsia="Arial"/>
                    <w:color w:val="56657A"/>
                    <w:i/>
                    <w:sz w:val="19"/>
                  </w:rPr>
                  <w:t>[tak / nie i dlaczego]</w:t>
                </w:r>
              </w:sdtContent>
            </w:sdt>
          </w:p>
        </w:tc>
      </w:tr>
      <w:tr>
        <w:trPr/>
        <w:tc>
          <w:tcPr>
            <w:tcW w:type="dxa" w:w="97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3_ZRODLO"/>
                <w:tag w:val="UJ_3_ZRODLO"/>
                <w:id w:val="2035258049"/>
                <w:text/>
              </w:sdtPr>
              <w:sdtContent>
                <w:r>
                  <w:rPr>
                    <w:rFonts w:ascii="Arial" w:hAnsi="Arial" w:eastAsia="Arial"/>
                    <w:color w:val="56657A"/>
                    <w:i/>
                    <w:sz w:val="19"/>
                  </w:rPr>
                  <w:t>[nazwa]</w:t>
                </w:r>
              </w:sdtContent>
            </w:sdt>
          </w:p>
        </w:tc>
        <w:tc>
          <w:tcPr>
            <w:tcW w:type="dxa" w:w="124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3_START"/>
                <w:tag w:val="UJ_3_START"/>
                <w:id w:val="827402310"/>
                <w:text/>
              </w:sdtPr>
              <w:sdtContent>
                <w:r>
                  <w:rPr>
                    <w:rFonts w:ascii="Arial" w:hAnsi="Arial" w:eastAsia="Arial"/>
                    <w:color w:val="56657A"/>
                    <w:i/>
                    <w:sz w:val="19"/>
                  </w:rPr>
                  <w:t>[kwota]</w:t>
                </w:r>
              </w:sdtContent>
            </w:sdt>
          </w:p>
        </w:tc>
        <w:tc>
          <w:tcPr>
            <w:tcW w:type="dxa" w:w="3260"/>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3_ELEMENTY"/>
                <w:tag w:val="UJ_3_ELEMENTY"/>
                <w:id w:val="56798825"/>
                <w:text w:multiLine="1"/>
              </w:sdtPr>
              <w:sdtContent>
                <w:r>
                  <w:rPr>
                    <w:rFonts w:ascii="Arial" w:hAnsi="Arial" w:eastAsia="Arial"/>
                    <w:color w:val="56657A"/>
                    <w:i/>
                    <w:sz w:val="19"/>
                  </w:rPr>
                  <w:t>[opisz]</w:t>
                </w:r>
              </w:sdtContent>
            </w:sdt>
          </w:p>
        </w:tc>
        <w:tc>
          <w:tcPr>
            <w:tcW w:type="dxa" w:w="104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3_KOREKTA"/>
                <w:tag w:val="UJ_3_KOREKTA"/>
                <w:id w:val="1301761097"/>
                <w:text/>
              </w:sdtPr>
              <w:sdtContent>
                <w:r>
                  <w:rPr>
                    <w:rFonts w:ascii="Arial" w:hAnsi="Arial" w:eastAsia="Arial"/>
                    <w:color w:val="56657A"/>
                    <w:i/>
                    <w:sz w:val="19"/>
                  </w:rPr>
                  <w:t>[+ / - kwota]</w:t>
                </w:r>
              </w:sdtContent>
            </w:sdt>
          </w:p>
        </w:tc>
        <w:tc>
          <w:tcPr>
            <w:tcW w:type="dxa" w:w="138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3_WYNIK"/>
                <w:tag w:val="UJ_3_WYNIK"/>
                <w:id w:val="433706761"/>
                <w:text/>
              </w:sdtPr>
              <w:sdtContent>
                <w:r>
                  <w:rPr>
                    <w:rFonts w:ascii="Arial" w:hAnsi="Arial" w:eastAsia="Arial"/>
                    <w:color w:val="56657A"/>
                    <w:i/>
                    <w:sz w:val="19"/>
                  </w:rPr>
                  <w:t>[kwota]</w:t>
                </w:r>
              </w:sdtContent>
            </w:sdt>
          </w:p>
        </w:tc>
        <w:tc>
          <w:tcPr>
            <w:tcW w:type="dxa" w:w="1804"/>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3_DECYZJA"/>
                <w:tag w:val="UJ_3_DECYZJA"/>
                <w:id w:val="346996555"/>
                <w:text w:multiLine="1"/>
              </w:sdtPr>
              <w:sdtContent>
                <w:r>
                  <w:rPr>
                    <w:rFonts w:ascii="Arial" w:hAnsi="Arial" w:eastAsia="Arial"/>
                    <w:color w:val="56657A"/>
                    <w:i/>
                    <w:sz w:val="19"/>
                  </w:rPr>
                  <w:t>[tak / nie i dlaczego]</w:t>
                </w:r>
              </w:sdtContent>
            </w:sdt>
          </w:p>
        </w:tc>
      </w:tr>
      <w:tr>
        <w:trPr/>
        <w:tc>
          <w:tcPr>
            <w:tcW w:type="dxa" w:w="97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4_ZRODLO"/>
                <w:tag w:val="UJ_4_ZRODLO"/>
                <w:id w:val="1938463704"/>
                <w:text/>
              </w:sdtPr>
              <w:sdtContent>
                <w:r>
                  <w:rPr>
                    <w:rFonts w:ascii="Arial" w:hAnsi="Arial" w:eastAsia="Arial"/>
                    <w:color w:val="56657A"/>
                    <w:i/>
                    <w:sz w:val="19"/>
                  </w:rPr>
                  <w:t>[nazwa]</w:t>
                </w:r>
              </w:sdtContent>
            </w:sdt>
          </w:p>
        </w:tc>
        <w:tc>
          <w:tcPr>
            <w:tcW w:type="dxa" w:w="124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4_START"/>
                <w:tag w:val="UJ_4_START"/>
                <w:id w:val="1962284744"/>
                <w:text/>
              </w:sdtPr>
              <w:sdtContent>
                <w:r>
                  <w:rPr>
                    <w:rFonts w:ascii="Arial" w:hAnsi="Arial" w:eastAsia="Arial"/>
                    <w:color w:val="56657A"/>
                    <w:i/>
                    <w:sz w:val="19"/>
                  </w:rPr>
                  <w:t>[kwota]</w:t>
                </w:r>
              </w:sdtContent>
            </w:sdt>
          </w:p>
        </w:tc>
        <w:tc>
          <w:tcPr>
            <w:tcW w:type="dxa" w:w="3260"/>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4_ELEMENTY"/>
                <w:tag w:val="UJ_4_ELEMENTY"/>
                <w:id w:val="1639888144"/>
                <w:text w:multiLine="1"/>
              </w:sdtPr>
              <w:sdtContent>
                <w:r>
                  <w:rPr>
                    <w:rFonts w:ascii="Arial" w:hAnsi="Arial" w:eastAsia="Arial"/>
                    <w:color w:val="56657A"/>
                    <w:i/>
                    <w:sz w:val="19"/>
                  </w:rPr>
                  <w:t>[opisz]</w:t>
                </w:r>
              </w:sdtContent>
            </w:sdt>
          </w:p>
        </w:tc>
        <w:tc>
          <w:tcPr>
            <w:tcW w:type="dxa" w:w="104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4_KOREKTA"/>
                <w:tag w:val="UJ_4_KOREKTA"/>
                <w:id w:val="703996288"/>
                <w:text/>
              </w:sdtPr>
              <w:sdtContent>
                <w:r>
                  <w:rPr>
                    <w:rFonts w:ascii="Arial" w:hAnsi="Arial" w:eastAsia="Arial"/>
                    <w:color w:val="56657A"/>
                    <w:i/>
                    <w:sz w:val="19"/>
                  </w:rPr>
                  <w:t>[+ / - kwota]</w:t>
                </w:r>
              </w:sdtContent>
            </w:sdt>
          </w:p>
        </w:tc>
        <w:tc>
          <w:tcPr>
            <w:tcW w:type="dxa" w:w="138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4_WYNIK"/>
                <w:tag w:val="UJ_4_WYNIK"/>
                <w:id w:val="1551821191"/>
                <w:text/>
              </w:sdtPr>
              <w:sdtContent>
                <w:r>
                  <w:rPr>
                    <w:rFonts w:ascii="Arial" w:hAnsi="Arial" w:eastAsia="Arial"/>
                    <w:color w:val="56657A"/>
                    <w:i/>
                    <w:sz w:val="19"/>
                  </w:rPr>
                  <w:t>[kwota]</w:t>
                </w:r>
              </w:sdtContent>
            </w:sdt>
          </w:p>
        </w:tc>
        <w:tc>
          <w:tcPr>
            <w:tcW w:type="dxa" w:w="1804"/>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4_DECYZJA"/>
                <w:tag w:val="UJ_4_DECYZJA"/>
                <w:id w:val="1892668034"/>
                <w:text w:multiLine="1"/>
              </w:sdtPr>
              <w:sdtContent>
                <w:r>
                  <w:rPr>
                    <w:rFonts w:ascii="Arial" w:hAnsi="Arial" w:eastAsia="Arial"/>
                    <w:color w:val="56657A"/>
                    <w:i/>
                    <w:sz w:val="19"/>
                  </w:rPr>
                  <w:t>[tak / nie i dlaczego]</w:t>
                </w:r>
              </w:sdtContent>
            </w:sdt>
          </w:p>
        </w:tc>
      </w:tr>
      <w:tr>
        <w:trPr/>
        <w:tc>
          <w:tcPr>
            <w:tcW w:type="dxa" w:w="97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5_ZRODLO"/>
                <w:tag w:val="UJ_5_ZRODLO"/>
                <w:id w:val="1059101510"/>
                <w:text/>
              </w:sdtPr>
              <w:sdtContent>
                <w:r>
                  <w:rPr>
                    <w:rFonts w:ascii="Arial" w:hAnsi="Arial" w:eastAsia="Arial"/>
                    <w:color w:val="56657A"/>
                    <w:i/>
                    <w:sz w:val="19"/>
                  </w:rPr>
                  <w:t>[nazwa]</w:t>
                </w:r>
              </w:sdtContent>
            </w:sdt>
          </w:p>
        </w:tc>
        <w:tc>
          <w:tcPr>
            <w:tcW w:type="dxa" w:w="124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5_START"/>
                <w:tag w:val="UJ_5_START"/>
                <w:id w:val="1384193404"/>
                <w:text/>
              </w:sdtPr>
              <w:sdtContent>
                <w:r>
                  <w:rPr>
                    <w:rFonts w:ascii="Arial" w:hAnsi="Arial" w:eastAsia="Arial"/>
                    <w:color w:val="56657A"/>
                    <w:i/>
                    <w:sz w:val="19"/>
                  </w:rPr>
                  <w:t>[kwota]</w:t>
                </w:r>
              </w:sdtContent>
            </w:sdt>
          </w:p>
        </w:tc>
        <w:tc>
          <w:tcPr>
            <w:tcW w:type="dxa" w:w="3260"/>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5_ELEMENTY"/>
                <w:tag w:val="UJ_5_ELEMENTY"/>
                <w:id w:val="243064366"/>
                <w:text w:multiLine="1"/>
              </w:sdtPr>
              <w:sdtContent>
                <w:r>
                  <w:rPr>
                    <w:rFonts w:ascii="Arial" w:hAnsi="Arial" w:eastAsia="Arial"/>
                    <w:color w:val="56657A"/>
                    <w:i/>
                    <w:sz w:val="19"/>
                  </w:rPr>
                  <w:t>[opisz]</w:t>
                </w:r>
              </w:sdtContent>
            </w:sdt>
          </w:p>
        </w:tc>
        <w:tc>
          <w:tcPr>
            <w:tcW w:type="dxa" w:w="1041"/>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5_KOREKTA"/>
                <w:tag w:val="UJ_5_KOREKTA"/>
                <w:id w:val="1049441731"/>
                <w:text/>
              </w:sdtPr>
              <w:sdtContent>
                <w:r>
                  <w:rPr>
                    <w:rFonts w:ascii="Arial" w:hAnsi="Arial" w:eastAsia="Arial"/>
                    <w:color w:val="56657A"/>
                    <w:i/>
                    <w:sz w:val="19"/>
                  </w:rPr>
                  <w:t>[+ / - kwota]</w:t>
                </w:r>
              </w:sdtContent>
            </w:sdt>
          </w:p>
        </w:tc>
        <w:tc>
          <w:tcPr>
            <w:tcW w:type="dxa" w:w="138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5_WYNIK"/>
                <w:tag w:val="UJ_5_WYNIK"/>
                <w:id w:val="2047468083"/>
                <w:text/>
              </w:sdtPr>
              <w:sdtContent>
                <w:r>
                  <w:rPr>
                    <w:rFonts w:ascii="Arial" w:hAnsi="Arial" w:eastAsia="Arial"/>
                    <w:color w:val="56657A"/>
                    <w:i/>
                    <w:sz w:val="19"/>
                  </w:rPr>
                  <w:t>[kwota]</w:t>
                </w:r>
              </w:sdtContent>
            </w:sdt>
          </w:p>
        </w:tc>
        <w:tc>
          <w:tcPr>
            <w:tcW w:type="dxa" w:w="1804"/>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UJ_5_DECYZJA"/>
                <w:tag w:val="UJ_5_DECYZJA"/>
                <w:id w:val="1739900609"/>
                <w:text w:multiLine="1"/>
              </w:sdtPr>
              <w:sdtContent>
                <w:r>
                  <w:rPr>
                    <w:rFonts w:ascii="Arial" w:hAnsi="Arial" w:eastAsia="Arial"/>
                    <w:color w:val="56657A"/>
                    <w:i/>
                    <w:sz w:val="19"/>
                  </w:rPr>
                  <w:t>[tak / nie i dlaczego]</w:t>
                </w:r>
              </w:sdtContent>
            </w:sdt>
          </w:p>
        </w:tc>
      </w:tr>
    </w:tbl>
    <w:p>
      <w:pPr>
        <w:spacing w:after="120" w:line="276" w:lineRule="auto" w:before="240"/>
      </w:pPr>
      <w:sdt>
        <w:sdtPr>
          <w:alias w:val="CHK_SPEC"/>
          <w:tag w:val="CHK_SPEC"/>
          <w:id w:val="1037543002"/>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8"/>
        </w:rPr>
        <w:t xml:space="preserve"> ta sama liczba sztuk, zakres i specyfikacja</w:t>
      </w:r>
      <w:r>
        <w:t xml:space="preserve">      </w:t>
      </w:r>
      <w:sdt>
        <w:sdtPr>
          <w:alias w:val="CHK_NETTO"/>
          <w:tag w:val="CHK_NETTO"/>
          <w:id w:val="1488086415"/>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8"/>
        </w:rPr>
        <w:t xml:space="preserve"> wszystkie ceny są kwotami netto, bez VAT</w:t>
      </w:r>
    </w:p>
    <w:p>
      <w:pPr>
        <w:spacing w:after="120" w:line="276" w:lineRule="auto"/>
      </w:pPr>
      <w:sdt>
        <w:sdtPr>
          <w:alias w:val="CHK_WALUTA"/>
          <w:tag w:val="CHK_WALUTA"/>
          <w:id w:val="1116117265"/>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8"/>
        </w:rPr>
        <w:t xml:space="preserve"> ceny są w tej samej walucie; jeśli je przeliczasz, zapisz kurs i datę</w:t>
      </w:r>
      <w:r>
        <w:t xml:space="preserve">      </w:t>
      </w:r>
      <w:sdt>
        <w:sdtPr>
          <w:alias w:val="CHK_TRANSPORT"/>
          <w:tag w:val="CHK_TRANSPORT"/>
          <w:id w:val="1078596328"/>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8"/>
        </w:rPr>
        <w:t xml:space="preserve"> każda cena obejmuje transport, montaż i uruchomienie w takim samym zakresie</w:t>
      </w:r>
    </w:p>
    <w:p>
      <w:pPr>
        <w:spacing w:after="120" w:line="276" w:lineRule="auto"/>
      </w:pPr>
      <w:sdt>
        <w:sdtPr>
          <w:alias w:val="CHK_LICENCJE"/>
          <w:tag w:val="CHK_LICENCJE"/>
          <w:id w:val="677081025"/>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8"/>
        </w:rPr>
        <w:t xml:space="preserve"> każda cena obejmuje licencje, wsparcie, gwarancję i serwis w takim samym zakresie</w:t>
      </w:r>
      <w:r>
        <w:t xml:space="preserve">      </w:t>
      </w:r>
      <w:sdt>
        <w:sdtPr>
          <w:alias w:val="CHK_TERMIN"/>
          <w:tag w:val="CHK_TERMIN"/>
          <w:id w:val="2092101270"/>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8"/>
        </w:rPr>
        <w:t xml:space="preserve"> terminy realizacji i warunki płatności są porównywalne</w:t>
      </w:r>
    </w:p>
    <w:p>
      <w:r>
        <w:br w:type="page"/>
      </w:r>
    </w:p>
    <w:p>
      <w:pPr>
        <w:pStyle w:val="Heading1"/>
        <w:keepNext/>
        <w:spacing w:before="360" w:after="200" w:line="252" w:lineRule="auto"/>
      </w:pPr>
      <w:r/>
      <w:r>
        <w:t>6. Oblicz wartość netto całego zamówienia</w:t>
      </w:r>
    </w:p>
    <w:p>
      <w:pPr>
        <w:spacing w:after="240" w:line="276" w:lineRule="auto" w:before="100"/>
      </w:pPr>
      <w:r>
        <w:rPr>
          <w:rFonts w:ascii="Arial" w:hAnsi="Arial" w:eastAsia="Arial"/>
          <w:sz w:val="20"/>
        </w:rPr>
        <w:t>Skorzystaj tylko z cen, które dotyczą takiego samego zakresu i można je ze sobą porównać. Wybierz sposób obliczenia, który najlepiej oddaje przewidywaną cenę całego zamówienia bez VAT. Nie wybieraj metody tylko po to, aby wynik znalazł się poniżej progu zasady konkurencyjności.</w:t>
      </w:r>
    </w:p>
    <w:tbl>
      <w:tblPr>
        <w:tblW w:type="dxa" w:w="9712"/>
        <w:jc w:val="left"/>
        <w:tblLayout w:type="fixed"/>
        <w:tblLook w:firstColumn="1" w:firstRow="1" w:lastColumn="0" w:lastRow="0" w:noHBand="0" w:noVBand="1" w:val="04A0"/>
        <w:tblInd w:type="dxa" w:w="120"/>
        <w:tblBorders>
          <w:top w:val="single" w:sz="7" w:space="0" w:color="8AA0B5"/>
          <w:left w:val="single" w:sz="7" w:space="0" w:color="8AA0B5"/>
          <w:bottom w:val="single" w:sz="7" w:space="0" w:color="8AA0B5"/>
          <w:right w:val="single" w:sz="7" w:space="0" w:color="8AA0B5"/>
          <w:insideH w:val="single" w:sz="7" w:space="0" w:color="8AA0B5"/>
          <w:insideV w:val="single" w:sz="7" w:space="0" w:color="8AA0B5"/>
        </w:tblBorders>
      </w:tblPr>
      <w:tblGrid>
        <w:gridCol w:w="3122"/>
        <w:gridCol w:w="6590"/>
      </w:tblGrid>
      <w:tr>
        <w:trPr>
          <w:tblHeader w:val="true"/>
        </w:trPr>
        <w:tc>
          <w:tcPr>
            <w:tcW w:type="dxa" w:w="3122"/>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Sposób obliczenia</w:t>
            </w:r>
          </w:p>
        </w:tc>
        <w:tc>
          <w:tcPr>
            <w:tcW w:type="dxa" w:w="6590"/>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Kiedy możesz go użyć</w:t>
            </w:r>
          </w:p>
        </w:tc>
      </w:tr>
      <w:tr>
        <w:trPr/>
        <w:tc>
          <w:tcPr>
            <w:tcW w:type="dxa" w:w="3122"/>
            <w:tcMar>
              <w:top w:w="125" w:type="dxa"/>
              <w:bottom w:w="125" w:type="dxa"/>
              <w:start w:w="140" w:type="dxa"/>
              <w:end w:w="140" w:type="dxa"/>
            </w:tcMar>
            <w:vAlign w:val="center"/>
          </w:tcPr>
          <w:p>
            <w:pPr>
              <w:spacing w:after="60" w:line="264" w:lineRule="auto" w:before="20"/>
            </w:pPr>
            <w:r>
              <w:rPr>
                <w:rFonts w:ascii="Arial" w:hAnsi="Arial" w:eastAsia="Arial"/>
                <w:sz w:val="17"/>
              </w:rPr>
            </w:r>
            <w:sdt>
              <w:sdtPr>
                <w:alias w:val="MET_WNIOSEK"/>
                <w:tag w:val="MET_WNIOSEK"/>
                <w:id w:val="1782490423"/>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Kwota z zatwierdzonego wniosku o dofinansowanie</w:t>
            </w:r>
          </w:p>
        </w:tc>
        <w:tc>
          <w:tcPr>
            <w:tcW w:type="dxa" w:w="6590"/>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Możesz jej użyć, jeśli zakres zakupów i ceny nie zmieniły się od zatwierdzenia wniosku. Zapisz, jak to sprawdziłeś.</w:t>
            </w:r>
          </w:p>
        </w:tc>
      </w:tr>
      <w:tr>
        <w:trPr/>
        <w:tc>
          <w:tcPr>
            <w:tcW w:type="dxa" w:w="3122"/>
            <w:tcMar>
              <w:top w:w="125" w:type="dxa"/>
              <w:bottom w:w="125" w:type="dxa"/>
              <w:start w:w="140" w:type="dxa"/>
              <w:end w:w="140" w:type="dxa"/>
            </w:tcMar>
            <w:vAlign w:val="center"/>
          </w:tcPr>
          <w:p>
            <w:pPr>
              <w:spacing w:after="60" w:line="264" w:lineRule="auto" w:before="20"/>
            </w:pPr>
            <w:r>
              <w:rPr>
                <w:rFonts w:ascii="Arial" w:hAnsi="Arial" w:eastAsia="Arial"/>
                <w:sz w:val="17"/>
              </w:rPr>
            </w:r>
            <w:sdt>
              <w:sdtPr>
                <w:alias w:val="MET_SREDNIA"/>
                <w:tag w:val="MET_SREDNIA"/>
                <w:id w:val="537575413"/>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Średnia arytmetyczna</w:t>
            </w:r>
          </w:p>
        </w:tc>
        <w:tc>
          <w:tcPr>
            <w:tcW w:type="dxa" w:w="6590"/>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Użyj jej, gdy ceny dotyczą takiego samego zakresu, a średnia dobrze pokazuje przewidywaną cenę całego zamówienia. Uzasadnij wybór.</w:t>
            </w:r>
          </w:p>
        </w:tc>
      </w:tr>
      <w:tr>
        <w:trPr/>
        <w:tc>
          <w:tcPr>
            <w:tcW w:type="dxa" w:w="3122"/>
            <w:tcMar>
              <w:top w:w="125" w:type="dxa"/>
              <w:bottom w:w="125" w:type="dxa"/>
              <w:start w:w="140" w:type="dxa"/>
              <w:end w:w="140" w:type="dxa"/>
            </w:tcMar>
            <w:vAlign w:val="center"/>
          </w:tcPr>
          <w:p>
            <w:pPr>
              <w:spacing w:after="60" w:line="264" w:lineRule="auto" w:before="20"/>
            </w:pPr>
            <w:r>
              <w:rPr>
                <w:rFonts w:ascii="Arial" w:hAnsi="Arial" w:eastAsia="Arial"/>
                <w:sz w:val="17"/>
              </w:rPr>
            </w:r>
            <w:sdt>
              <w:sdtPr>
                <w:alias w:val="MET_MEDIANA"/>
                <w:tag w:val="MET_MEDIANA"/>
                <w:id w:val="36653778"/>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Mediana</w:t>
            </w:r>
          </w:p>
        </w:tc>
        <w:tc>
          <w:tcPr>
            <w:tcW w:type="dxa" w:w="6590"/>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Może być pomocna, gdy jedna cena wyraźnie odbiega od pozostałych. Najpierw wyjaśnij różnicę i sprawdź, czy ceny można porównać.</w:t>
            </w:r>
          </w:p>
        </w:tc>
      </w:tr>
      <w:tr>
        <w:trPr/>
        <w:tc>
          <w:tcPr>
            <w:tcW w:type="dxa" w:w="3122"/>
            <w:tcMar>
              <w:top w:w="125" w:type="dxa"/>
              <w:bottom w:w="125" w:type="dxa"/>
              <w:start w:w="140" w:type="dxa"/>
              <w:end w:w="140" w:type="dxa"/>
            </w:tcMar>
            <w:vAlign w:val="center"/>
          </w:tcPr>
          <w:p>
            <w:pPr>
              <w:spacing w:after="60" w:line="264" w:lineRule="auto" w:before="20"/>
            </w:pPr>
            <w:r>
              <w:rPr>
                <w:rFonts w:ascii="Arial" w:hAnsi="Arial" w:eastAsia="Arial"/>
                <w:sz w:val="17"/>
              </w:rPr>
            </w:r>
            <w:sdt>
              <w:sdtPr>
                <w:alias w:val="MET_INNA"/>
                <w:tag w:val="MET_INNA"/>
                <w:id w:val="535618688"/>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Inny sposób</w:t>
            </w:r>
          </w:p>
        </w:tc>
        <w:tc>
          <w:tcPr>
            <w:tcW w:type="dxa" w:w="6590"/>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Pokaż działanie i wyjaśnij, dlaczego ten sposób najlepiej pasuje do zebranych cen.</w:t>
            </w:r>
          </w:p>
        </w:tc>
      </w:tr>
      <w:tr>
        <w:trPr/>
        <w:tc>
          <w:tcPr>
            <w:tcW w:type="dxa" w:w="3122"/>
            <w:tcMar>
              <w:top w:w="125" w:type="dxa"/>
              <w:bottom w:w="125" w:type="dxa"/>
              <w:start w:w="140" w:type="dxa"/>
              <w:end w:w="140" w:type="dxa"/>
            </w:tcMar>
            <w:vAlign w:val="center"/>
          </w:tcPr>
          <w:p>
            <w:pPr>
              <w:spacing w:after="60" w:line="264" w:lineRule="auto" w:before="20"/>
            </w:pPr>
            <w:r>
              <w:rPr>
                <w:rFonts w:ascii="Arial" w:hAnsi="Arial" w:eastAsia="Arial"/>
                <w:sz w:val="17"/>
              </w:rPr>
            </w:r>
            <w:sdt>
              <w:sdtPr>
                <w:alias w:val="MET_JEDNO"/>
                <w:tag w:val="MET_JEDNO"/>
                <w:id w:val="1130936448"/>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Jedna wiarygodna cena</w:t>
            </w:r>
          </w:p>
        </w:tc>
        <w:tc>
          <w:tcPr>
            <w:tcW w:type="dxa" w:w="6590"/>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Zapisz, gdzie szukałeś innych cen, dlaczego nie znalazłeś danych do porównania i jak sprawdziłeś, że jedyna cena obejmuje cały zakup.</w:t>
            </w:r>
          </w:p>
        </w:tc>
      </w:tr>
    </w:tbl>
    <w:p>
      <w:pPr>
        <w:spacing w:after="180" w:line="276" w:lineRule="auto" w:before="240"/>
      </w:pPr>
      <w:r>
        <w:rPr>
          <w:rFonts w:ascii="Arial" w:hAnsi="Arial" w:eastAsia="Arial"/>
          <w:b/>
          <w:color w:val="0B2948"/>
          <w:sz w:val="20"/>
        </w:rPr>
        <w:t xml:space="preserve">Wybrany sposób obliczenia — i dlaczego go używasz: </w:t>
      </w:r>
      <w:sdt>
        <w:sdtPr>
          <w:alias w:val="METODA_UZASADNIENIE"/>
          <w:tag w:val="METODA_UZASADNIENIE"/>
          <w:id w:val="359872158"/>
          <w:text w:multiLine="1"/>
        </w:sdtPr>
        <w:sdtContent>
          <w:r>
            <w:rPr>
              <w:rFonts w:ascii="Arial" w:hAnsi="Arial" w:eastAsia="Arial"/>
              <w:color w:val="56657A"/>
              <w:i/>
              <w:sz w:val="19"/>
            </w:rPr>
            <w:t>[opisz metodę i powód wyboru]</w:t>
          </w:r>
        </w:sdtContent>
      </w:sdt>
    </w:p>
    <w:p>
      <w:pPr>
        <w:spacing w:after="180" w:line="276" w:lineRule="auto"/>
      </w:pPr>
      <w:r>
        <w:rPr>
          <w:rFonts w:ascii="Arial" w:hAnsi="Arial" w:eastAsia="Arial"/>
          <w:b/>
          <w:color w:val="0B2948"/>
          <w:sz w:val="20"/>
        </w:rPr>
        <w:t xml:space="preserve">Pokaż obliczenie krok po kroku: </w:t>
      </w:r>
      <w:sdt>
        <w:sdtPr>
          <w:alias w:val="OBLICZENIE"/>
          <w:tag w:val="OBLICZENIE"/>
          <w:id w:val="1498554092"/>
          <w:text w:multiLine="1"/>
        </w:sdtPr>
        <w:sdtContent>
          <w:r>
            <w:rPr>
              <w:rFonts w:ascii="Arial" w:hAnsi="Arial" w:eastAsia="Arial"/>
              <w:color w:val="56657A"/>
              <w:i/>
              <w:sz w:val="19"/>
            </w:rPr>
            <w:t>[pokaż działanie i użyte wartości]</w:t>
          </w:r>
        </w:sdtContent>
      </w:sdt>
    </w:p>
    <w:p>
      <w:pPr>
        <w:spacing w:after="180" w:line="276" w:lineRule="auto"/>
      </w:pPr>
      <w:r>
        <w:rPr>
          <w:rFonts w:ascii="Arial" w:hAnsi="Arial" w:eastAsia="Arial"/>
          <w:b/>
          <w:color w:val="0B2948"/>
          <w:sz w:val="20"/>
        </w:rPr>
        <w:t xml:space="preserve">Ustalona wartość netto całego zamówienia: </w:t>
      </w:r>
      <w:sdt>
        <w:sdtPr>
          <w:alias w:val="WARTOSC_NETTO"/>
          <w:tag w:val="WARTOSC_NETTO"/>
          <w:id w:val="181874636"/>
          <w:text/>
        </w:sdtPr>
        <w:sdtContent>
          <w:r>
            <w:rPr>
              <w:rFonts w:ascii="Arial" w:hAnsi="Arial" w:eastAsia="Arial"/>
              <w:color w:val="56657A"/>
              <w:i/>
              <w:sz w:val="19"/>
            </w:rPr>
            <w:t>[kwota] zł netto</w:t>
          </w:r>
        </w:sdtContent>
      </w:sdt>
    </w:p>
    <w:p>
      <w:pPr>
        <w:spacing w:after="180" w:line="276" w:lineRule="auto"/>
      </w:pPr>
      <w:r>
        <w:rPr>
          <w:rFonts w:ascii="Arial" w:hAnsi="Arial" w:eastAsia="Arial"/>
          <w:b/>
          <w:color w:val="0B2948"/>
          <w:sz w:val="20"/>
        </w:rPr>
        <w:t xml:space="preserve">Ceny są aktualne na dzień: </w:t>
      </w:r>
      <w:sdt>
        <w:sdtPr>
          <w:alias w:val="DATA_AKTUALNOSCI"/>
          <w:tag w:val="DATA_AKTUALNOSCI"/>
          <w:id w:val="851386442"/>
          <w:text/>
        </w:sdtPr>
        <w:sdtContent>
          <w:r>
            <w:rPr>
              <w:rFonts w:ascii="Arial" w:hAnsi="Arial" w:eastAsia="Arial"/>
              <w:color w:val="56657A"/>
              <w:i/>
              <w:sz w:val="19"/>
            </w:rPr>
            <w:t>[dd.mm.rrrr]</w:t>
          </w:r>
        </w:sdtContent>
      </w:sdt>
    </w:p>
    <w:p>
      <w:pPr>
        <w:spacing w:before="100" w:after="240" w:line="276" w:lineRule="auto"/>
        <w:ind w:left="180" w:right="180"/>
        <w:shd w:fill="E9F5ED"/>
      </w:pPr>
      <w:r>
        <w:rPr>
          <w:rFonts w:ascii="Arial" w:hAnsi="Arial" w:eastAsia="Arial"/>
          <w:b/>
          <w:color w:val="0B2948"/>
          <w:sz w:val="19"/>
        </w:rPr>
        <w:t xml:space="preserve">Gdy jedna cena odstaje: </w:t>
      </w:r>
      <w:r>
        <w:rPr>
          <w:rFonts w:ascii="Arial" w:hAnsi="Arial" w:eastAsia="Arial"/>
          <w:sz w:val="19"/>
        </w:rPr>
        <w:t>Najpierw wyjaśnij, skąd bierze się różnica. Dopiero potem zdecyduj, czy tę cenę można uczciwie porównać z pozostałymi i uwzględnić w obliczeniu.</w:t>
      </w:r>
    </w:p>
    <w:p>
      <w:r>
        <w:br w:type="page"/>
      </w:r>
    </w:p>
    <w:p>
      <w:pPr>
        <w:pStyle w:val="Heading1"/>
        <w:keepNext/>
        <w:spacing w:before="360" w:after="200" w:line="252" w:lineRule="auto"/>
      </w:pPr>
      <w:r/>
      <w:r>
        <w:t>7. Sprawdź, jakie zasady zakupu cię obowiązują</w:t>
      </w:r>
    </w:p>
    <w:p>
      <w:pPr>
        <w:spacing w:after="240" w:line="276" w:lineRule="auto" w:before="100"/>
      </w:pPr>
      <w:r>
        <w:rPr>
          <w:rFonts w:ascii="Arial" w:hAnsi="Arial" w:eastAsia="Arial"/>
          <w:sz w:val="20"/>
        </w:rPr>
        <w:t>Przejdź przez pytania po kolei. Najpierw sprawdź, czy twoja organizacja musi stosować Prawo zamówień publicznych (Pzp). Następnie sprawdź, czy możesz skorzystać z któregoś z wyłączeń. Dopiero na końcu porównaj wartość zamówienia z progiem 80 000 zł netto.</w:t>
      </w:r>
    </w:p>
    <w:tbl>
      <w:tblPr>
        <w:tblW w:type="dxa" w:w="9712"/>
        <w:jc w:val="left"/>
        <w:tblLayout w:type="fixed"/>
        <w:tblLook w:firstColumn="1" w:firstRow="1" w:lastColumn="0" w:lastRow="0" w:noHBand="0" w:noVBand="1" w:val="04A0"/>
        <w:tblInd w:type="dxa" w:w="120"/>
        <w:tblBorders>
          <w:top w:val="single" w:sz="7" w:space="0" w:color="8AA0B5"/>
          <w:left w:val="single" w:sz="7" w:space="0" w:color="8AA0B5"/>
          <w:bottom w:val="single" w:sz="7" w:space="0" w:color="8AA0B5"/>
          <w:right w:val="single" w:sz="7" w:space="0" w:color="8AA0B5"/>
          <w:insideH w:val="single" w:sz="7" w:space="0" w:color="8AA0B5"/>
          <w:insideV w:val="single" w:sz="7" w:space="0" w:color="8AA0B5"/>
        </w:tblBorders>
      </w:tblPr>
      <w:tblGrid>
        <w:gridCol w:w="624"/>
        <w:gridCol w:w="3330"/>
        <w:gridCol w:w="1387"/>
        <w:gridCol w:w="4371"/>
      </w:tblGrid>
      <w:tr>
        <w:trPr>
          <w:tblHeader w:val="true"/>
        </w:trPr>
        <w:tc>
          <w:tcPr>
            <w:tcW w:type="dxa" w:w="624"/>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Nr</w:t>
            </w:r>
          </w:p>
        </w:tc>
        <w:tc>
          <w:tcPr>
            <w:tcW w:type="dxa" w:w="3330"/>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Pytanie</w:t>
            </w:r>
          </w:p>
        </w:tc>
        <w:tc>
          <w:tcPr>
            <w:tcW w:type="dxa" w:w="1387"/>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Tak / Nie</w:t>
            </w:r>
          </w:p>
        </w:tc>
        <w:tc>
          <w:tcPr>
            <w:tcW w:type="dxa" w:w="4371"/>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Jak postąpić</w:t>
            </w:r>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color w:val="0B2948"/>
                <w:sz w:val="17"/>
              </w:rPr>
              <w:t>1</w:t>
            </w:r>
          </w:p>
        </w:tc>
        <w:tc>
          <w:tcPr>
            <w:tcW w:type="dxa" w:w="3330"/>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Czy twoja organizacja jest zamawiającym w rozumieniu Pzp?</w:t>
            </w:r>
          </w:p>
        </w:tc>
        <w:tc>
          <w:tcPr>
            <w:tcW w:type="dxa" w:w="1387"/>
            <w:tcMar>
              <w:top w:w="125" w:type="dxa"/>
              <w:bottom w:w="125" w:type="dxa"/>
              <w:start w:w="140" w:type="dxa"/>
              <w:end w:w="140" w:type="dxa"/>
            </w:tcMar>
            <w:vAlign w:val="center"/>
          </w:tcPr>
          <w:p>
            <w:pPr>
              <w:spacing w:after="60" w:line="264" w:lineRule="auto" w:before="20"/>
            </w:pPr>
            <w:r>
              <w:rPr>
                <w:rFonts w:ascii="Arial" w:hAnsi="Arial" w:eastAsia="Arial"/>
                <w:sz w:val="17"/>
              </w:rPr>
            </w:r>
            <w:sdt>
              <w:sdtPr>
                <w:alias w:val="DEC_1_TAK"/>
                <w:tag w:val="DEC_1_TAK"/>
                <w:id w:val="1623699736"/>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Tak</w:t>
            </w:r>
            <w:r>
              <w:rPr>
                <w:rFonts w:ascii="Arial" w:hAnsi="Arial" w:eastAsia="Arial"/>
                <w:sz w:val="17"/>
              </w:rPr>
              <w:t xml:space="preserve">   </w:t>
            </w:r>
            <w:sdt>
              <w:sdtPr>
                <w:alias w:val="DEC_1_NIE"/>
                <w:tag w:val="DEC_1_NIE"/>
                <w:id w:val="1578578097"/>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Nie</w:t>
            </w:r>
          </w:p>
        </w:tc>
        <w:tc>
          <w:tcPr>
            <w:tcW w:type="dxa" w:w="4371"/>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Jeśli tak, najpierw oblicz wartość według Pzp. Jeśli wynik jest niższy niż próg, od którego stosuje się ustawę, oblicz wartość zamówienia także na potrzeby projektu.</w:t>
            </w:r>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color w:val="0B2948"/>
                <w:sz w:val="17"/>
              </w:rPr>
              <w:t>2</w:t>
            </w:r>
          </w:p>
        </w:tc>
        <w:tc>
          <w:tcPr>
            <w:tcW w:type="dxa" w:w="3330"/>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Czy rozliczasz te wydatki metodą uproszczoną?</w:t>
            </w:r>
          </w:p>
        </w:tc>
        <w:tc>
          <w:tcPr>
            <w:tcW w:type="dxa" w:w="1387"/>
            <w:tcMar>
              <w:top w:w="125" w:type="dxa"/>
              <w:bottom w:w="125" w:type="dxa"/>
              <w:start w:w="140" w:type="dxa"/>
              <w:end w:w="140" w:type="dxa"/>
            </w:tcMar>
            <w:vAlign w:val="center"/>
          </w:tcPr>
          <w:p>
            <w:pPr>
              <w:spacing w:after="60" w:line="264" w:lineRule="auto" w:before="20"/>
            </w:pPr>
            <w:r>
              <w:rPr>
                <w:rFonts w:ascii="Arial" w:hAnsi="Arial" w:eastAsia="Arial"/>
                <w:sz w:val="17"/>
              </w:rPr>
            </w:r>
            <w:sdt>
              <w:sdtPr>
                <w:alias w:val="DEC_2_TAK"/>
                <w:tag w:val="DEC_2_TAK"/>
                <w:id w:val="661113800"/>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Tak</w:t>
            </w:r>
            <w:r>
              <w:rPr>
                <w:rFonts w:ascii="Arial" w:hAnsi="Arial" w:eastAsia="Arial"/>
                <w:sz w:val="17"/>
              </w:rPr>
              <w:t xml:space="preserve">   </w:t>
            </w:r>
            <w:sdt>
              <w:sdtPr>
                <w:alias w:val="DEC_2_NIE"/>
                <w:tag w:val="DEC_2_NIE"/>
                <w:id w:val="431442529"/>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Nie</w:t>
            </w:r>
          </w:p>
        </w:tc>
        <w:tc>
          <w:tcPr>
            <w:tcW w:type="dxa" w:w="4371"/>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Jeśli tak, zasada konkurencyjności nie dotyczy tych wydatków. Pozostałe wydatki sprawdź osobno.</w:t>
            </w:r>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color w:val="0B2948"/>
                <w:sz w:val="17"/>
              </w:rPr>
              <w:t>3</w:t>
            </w:r>
          </w:p>
        </w:tc>
        <w:tc>
          <w:tcPr>
            <w:tcW w:type="dxa" w:w="3330"/>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Czy możesz skorzystać z innego wyłączenia wskazanego w sekcji 3.2.1 wytycznych?</w:t>
            </w:r>
          </w:p>
        </w:tc>
        <w:tc>
          <w:tcPr>
            <w:tcW w:type="dxa" w:w="1387"/>
            <w:tcMar>
              <w:top w:w="125" w:type="dxa"/>
              <w:bottom w:w="125" w:type="dxa"/>
              <w:start w:w="140" w:type="dxa"/>
              <w:end w:w="140" w:type="dxa"/>
            </w:tcMar>
            <w:vAlign w:val="center"/>
          </w:tcPr>
          <w:p>
            <w:pPr>
              <w:spacing w:after="60" w:line="264" w:lineRule="auto" w:before="20"/>
            </w:pPr>
            <w:r>
              <w:rPr>
                <w:rFonts w:ascii="Arial" w:hAnsi="Arial" w:eastAsia="Arial"/>
                <w:sz w:val="17"/>
              </w:rPr>
            </w:r>
            <w:sdt>
              <w:sdtPr>
                <w:alias w:val="DEC_3_TAK"/>
                <w:tag w:val="DEC_3_TAK"/>
                <w:id w:val="436724344"/>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Tak</w:t>
            </w:r>
            <w:r>
              <w:rPr>
                <w:rFonts w:ascii="Arial" w:hAnsi="Arial" w:eastAsia="Arial"/>
                <w:sz w:val="17"/>
              </w:rPr>
              <w:t xml:space="preserve">   </w:t>
            </w:r>
            <w:sdt>
              <w:sdtPr>
                <w:alias w:val="DEC_3_NIE"/>
                <w:tag w:val="DEC_3_NIE"/>
                <w:id w:val="618095569"/>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Nie</w:t>
            </w:r>
          </w:p>
        </w:tc>
        <w:tc>
          <w:tcPr>
            <w:tcW w:type="dxa" w:w="4371"/>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Jeśli tak, zapisz podstawę wyłączenia, zakupy, których ono dotyczy, oraz dokumenty potwierdzające. Jeśli żadne wyłączenie nie pasuje, przejdź dalej.</w:t>
            </w:r>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color w:val="0B2948"/>
                <w:sz w:val="17"/>
              </w:rPr>
              <w:t>4</w:t>
            </w:r>
          </w:p>
        </w:tc>
        <w:tc>
          <w:tcPr>
            <w:tcW w:type="dxa" w:w="3330"/>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Czy wartość jednego zamówienia przekracza 80 000 zł netto?</w:t>
            </w:r>
          </w:p>
        </w:tc>
        <w:tc>
          <w:tcPr>
            <w:tcW w:type="dxa" w:w="1387"/>
            <w:tcMar>
              <w:top w:w="125" w:type="dxa"/>
              <w:bottom w:w="125" w:type="dxa"/>
              <w:start w:w="140" w:type="dxa"/>
              <w:end w:w="140" w:type="dxa"/>
            </w:tcMar>
            <w:vAlign w:val="center"/>
          </w:tcPr>
          <w:p>
            <w:pPr>
              <w:spacing w:after="60" w:line="264" w:lineRule="auto" w:before="20"/>
            </w:pPr>
            <w:r>
              <w:rPr>
                <w:rFonts w:ascii="Arial" w:hAnsi="Arial" w:eastAsia="Arial"/>
                <w:sz w:val="17"/>
              </w:rPr>
            </w:r>
            <w:sdt>
              <w:sdtPr>
                <w:alias w:val="DEC_4_TAK"/>
                <w:tag w:val="DEC_4_TAK"/>
                <w:id w:val="673660520"/>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Tak</w:t>
            </w:r>
            <w:r>
              <w:rPr>
                <w:rFonts w:ascii="Arial" w:hAnsi="Arial" w:eastAsia="Arial"/>
                <w:sz w:val="17"/>
              </w:rPr>
              <w:t xml:space="preserve">   </w:t>
            </w:r>
            <w:sdt>
              <w:sdtPr>
                <w:alias w:val="DEC_4_NIE"/>
                <w:tag w:val="DEC_4_NIE"/>
                <w:id w:val="385335233"/>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7"/>
              </w:rPr>
              <w:t xml:space="preserve"> Nie</w:t>
            </w:r>
          </w:p>
        </w:tc>
        <w:tc>
          <w:tcPr>
            <w:tcW w:type="dxa" w:w="4371"/>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Jeśli tak i nie korzystasz z żadnego wyłączenia, zastosuj zasadę konkurencyjności i opublikuj zapytanie w Bazie Konkurencyjności. Jeśli nie, zachowaj dokumenty pokazujące, że zakup był przejrzysty, racjonalny i efektywny.</w:t>
            </w:r>
          </w:p>
        </w:tc>
      </w:tr>
    </w:tbl>
    <w:p>
      <w:pPr>
        <w:spacing w:after="180" w:line="276" w:lineRule="auto" w:before="240"/>
      </w:pPr>
      <w:r>
        <w:rPr>
          <w:rFonts w:ascii="Arial" w:hAnsi="Arial" w:eastAsia="Arial"/>
          <w:b/>
          <w:color w:val="0B2948"/>
          <w:sz w:val="20"/>
        </w:rPr>
        <w:t xml:space="preserve">Wybrany sposób zakupu — i dlaczego: </w:t>
      </w:r>
      <w:sdt>
        <w:sdtPr>
          <w:alias w:val="SCIEZKA"/>
          <w:tag w:val="SCIEZKA"/>
          <w:id w:val="214534671"/>
          <w:text w:multiLine="1"/>
        </w:sdtPr>
        <w:sdtContent>
          <w:r>
            <w:rPr>
              <w:rFonts w:ascii="Arial" w:hAnsi="Arial" w:eastAsia="Arial"/>
              <w:color w:val="56657A"/>
              <w:i/>
              <w:sz w:val="19"/>
            </w:rPr>
            <w:t>[opisz wynik kroków 1–4]</w:t>
          </w:r>
        </w:sdtContent>
      </w:sdt>
    </w:p>
    <w:p>
      <w:pPr>
        <w:spacing w:after="180" w:line="276" w:lineRule="auto"/>
      </w:pPr>
      <w:r>
        <w:rPr>
          <w:rFonts w:ascii="Arial" w:hAnsi="Arial" w:eastAsia="Arial"/>
          <w:b/>
          <w:color w:val="0B2948"/>
          <w:sz w:val="20"/>
        </w:rPr>
        <w:t xml:space="preserve">Dokumenty, na których opierasz decyzję: </w:t>
      </w:r>
      <w:sdt>
        <w:sdtPr>
          <w:alias w:val="PODSTAWA"/>
          <w:tag w:val="PODSTAWA"/>
          <w:id w:val="673911241"/>
          <w:text/>
        </w:sdtPr>
        <w:sdtContent>
          <w:r>
            <w:rPr>
              <w:rFonts w:ascii="Arial" w:hAnsi="Arial" w:eastAsia="Arial"/>
              <w:color w:val="56657A"/>
              <w:i/>
              <w:sz w:val="19"/>
            </w:rPr>
            <w:t>[wytyczne, umowa, dokument programu, punkt wyłączenia]</w:t>
          </w:r>
        </w:sdtContent>
      </w:sdt>
    </w:p>
    <w:p>
      <w:pPr>
        <w:spacing w:after="180" w:line="276" w:lineRule="auto"/>
      </w:pPr>
      <w:r>
        <w:rPr>
          <w:rFonts w:ascii="Arial" w:hAnsi="Arial" w:eastAsia="Arial"/>
          <w:b/>
          <w:color w:val="0B2948"/>
          <w:sz w:val="20"/>
        </w:rPr>
        <w:t xml:space="preserve">Następny krok i termin: </w:t>
      </w:r>
      <w:sdt>
        <w:sdtPr>
          <w:alias w:val="DZIALANIE"/>
          <w:tag w:val="DZIALANIE"/>
          <w:id w:val="1470376769"/>
          <w:text/>
        </w:sdtPr>
        <w:sdtContent>
          <w:r>
            <w:rPr>
              <w:rFonts w:ascii="Arial" w:hAnsi="Arial" w:eastAsia="Arial"/>
              <w:color w:val="56657A"/>
              <w:i/>
              <w:sz w:val="19"/>
            </w:rPr>
            <w:t>[wpisz]</w:t>
          </w:r>
        </w:sdtContent>
      </w:sdt>
    </w:p>
    <w:p>
      <w:pPr>
        <w:pStyle w:val="Heading1"/>
        <w:keepNext/>
        <w:spacing w:before="360" w:after="240" w:line="252" w:lineRule="auto"/>
      </w:pPr>
      <w:r/>
      <w:r>
        <w:t>8. Dołącz dokumenty, na których opierasz obliczenie</w:t>
      </w:r>
    </w:p>
    <w:tbl>
      <w:tblPr>
        <w:tblW w:type="dxa" w:w="9712"/>
        <w:jc w:val="left"/>
        <w:tblLayout w:type="fixed"/>
        <w:tblLook w:firstColumn="1" w:firstRow="1" w:lastColumn="0" w:lastRow="0" w:noHBand="0" w:noVBand="1" w:val="04A0"/>
        <w:tblInd w:type="dxa" w:w="120"/>
        <w:tblBorders>
          <w:top w:val="single" w:sz="7" w:space="0" w:color="8AA0B5"/>
          <w:left w:val="single" w:sz="7" w:space="0" w:color="8AA0B5"/>
          <w:bottom w:val="single" w:sz="7" w:space="0" w:color="8AA0B5"/>
          <w:right w:val="single" w:sz="7" w:space="0" w:color="8AA0B5"/>
          <w:insideH w:val="single" w:sz="7" w:space="0" w:color="8AA0B5"/>
          <w:insideV w:val="single" w:sz="7" w:space="0" w:color="8AA0B5"/>
        </w:tblBorders>
      </w:tblPr>
      <w:tblGrid>
        <w:gridCol w:w="624"/>
        <w:gridCol w:w="4162"/>
        <w:gridCol w:w="1249"/>
        <w:gridCol w:w="3677"/>
      </w:tblGrid>
      <w:tr>
        <w:trPr>
          <w:tblHeader w:val="true"/>
        </w:trPr>
        <w:tc>
          <w:tcPr>
            <w:tcW w:type="dxa" w:w="624"/>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Lp.</w:t>
            </w:r>
          </w:p>
        </w:tc>
        <w:tc>
          <w:tcPr>
            <w:tcW w:type="dxa" w:w="4162"/>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Nazwa lub numer dokumentu</w:t>
            </w:r>
          </w:p>
        </w:tc>
        <w:tc>
          <w:tcPr>
            <w:tcW w:type="dxa" w:w="1249"/>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Data</w:t>
            </w:r>
          </w:p>
        </w:tc>
        <w:tc>
          <w:tcPr>
            <w:tcW w:type="dxa" w:w="3677"/>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Co ten dokument potwierdza</w:t>
            </w:r>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1</w:t>
            </w:r>
          </w:p>
        </w:tc>
        <w:tc>
          <w:tcPr>
            <w:tcW w:type="dxa" w:w="416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1_NAZWA"/>
                <w:tag w:val="ZAL_1_NAZWA"/>
                <w:id w:val="384013804"/>
                <w:text/>
              </w:sdtPr>
              <w:sdtContent>
                <w:r>
                  <w:rPr>
                    <w:rFonts w:ascii="Arial" w:hAnsi="Arial" w:eastAsia="Arial"/>
                    <w:color w:val="56657A"/>
                    <w:i/>
                    <w:sz w:val="19"/>
                  </w:rPr>
                  <w:t>[wpisz]</w:t>
                </w:r>
              </w:sdtContent>
            </w:sdt>
          </w:p>
        </w:tc>
        <w:tc>
          <w:tcPr>
            <w:tcW w:type="dxa" w:w="124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1_DATA"/>
                <w:tag w:val="ZAL_1_DATA"/>
                <w:id w:val="1623026326"/>
                <w:text/>
              </w:sdtPr>
              <w:sdtContent>
                <w:r>
                  <w:rPr>
                    <w:rFonts w:ascii="Arial" w:hAnsi="Arial" w:eastAsia="Arial"/>
                    <w:color w:val="56657A"/>
                    <w:i/>
                    <w:sz w:val="19"/>
                  </w:rPr>
                  <w:t>[data]</w:t>
                </w:r>
              </w:sdtContent>
            </w:sdt>
          </w:p>
        </w:tc>
        <w:tc>
          <w:tcPr>
            <w:tcW w:type="dxa" w:w="367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1_POWIAZANIE"/>
                <w:tag w:val="ZAL_1_POWIAZANIE"/>
                <w:id w:val="2086936080"/>
                <w:text/>
              </w:sdtPr>
              <w:sdtContent>
                <w:r>
                  <w:rPr>
                    <w:rFonts w:ascii="Arial" w:hAnsi="Arial" w:eastAsia="Arial"/>
                    <w:color w:val="56657A"/>
                    <w:i/>
                    <w:sz w:val="19"/>
                  </w:rPr>
                  <w:t>[źródło / pozycja]</w:t>
                </w:r>
              </w:sdtContent>
            </w:sdt>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2</w:t>
            </w:r>
          </w:p>
        </w:tc>
        <w:tc>
          <w:tcPr>
            <w:tcW w:type="dxa" w:w="416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2_NAZWA"/>
                <w:tag w:val="ZAL_2_NAZWA"/>
                <w:id w:val="655069041"/>
                <w:text/>
              </w:sdtPr>
              <w:sdtContent>
                <w:r>
                  <w:rPr>
                    <w:rFonts w:ascii="Arial" w:hAnsi="Arial" w:eastAsia="Arial"/>
                    <w:color w:val="56657A"/>
                    <w:i/>
                    <w:sz w:val="19"/>
                  </w:rPr>
                  <w:t>[wpisz]</w:t>
                </w:r>
              </w:sdtContent>
            </w:sdt>
          </w:p>
        </w:tc>
        <w:tc>
          <w:tcPr>
            <w:tcW w:type="dxa" w:w="124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2_DATA"/>
                <w:tag w:val="ZAL_2_DATA"/>
                <w:id w:val="1713969208"/>
                <w:text/>
              </w:sdtPr>
              <w:sdtContent>
                <w:r>
                  <w:rPr>
                    <w:rFonts w:ascii="Arial" w:hAnsi="Arial" w:eastAsia="Arial"/>
                    <w:color w:val="56657A"/>
                    <w:i/>
                    <w:sz w:val="19"/>
                  </w:rPr>
                  <w:t>[data]</w:t>
                </w:r>
              </w:sdtContent>
            </w:sdt>
          </w:p>
        </w:tc>
        <w:tc>
          <w:tcPr>
            <w:tcW w:type="dxa" w:w="367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2_POWIAZANIE"/>
                <w:tag w:val="ZAL_2_POWIAZANIE"/>
                <w:id w:val="200985824"/>
                <w:text/>
              </w:sdtPr>
              <w:sdtContent>
                <w:r>
                  <w:rPr>
                    <w:rFonts w:ascii="Arial" w:hAnsi="Arial" w:eastAsia="Arial"/>
                    <w:color w:val="56657A"/>
                    <w:i/>
                    <w:sz w:val="19"/>
                  </w:rPr>
                  <w:t>[źródło / pozycja]</w:t>
                </w:r>
              </w:sdtContent>
            </w:sdt>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3</w:t>
            </w:r>
          </w:p>
        </w:tc>
        <w:tc>
          <w:tcPr>
            <w:tcW w:type="dxa" w:w="416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3_NAZWA"/>
                <w:tag w:val="ZAL_3_NAZWA"/>
                <w:id w:val="24937669"/>
                <w:text/>
              </w:sdtPr>
              <w:sdtContent>
                <w:r>
                  <w:rPr>
                    <w:rFonts w:ascii="Arial" w:hAnsi="Arial" w:eastAsia="Arial"/>
                    <w:color w:val="56657A"/>
                    <w:i/>
                    <w:sz w:val="19"/>
                  </w:rPr>
                  <w:t>[wpisz]</w:t>
                </w:r>
              </w:sdtContent>
            </w:sdt>
          </w:p>
        </w:tc>
        <w:tc>
          <w:tcPr>
            <w:tcW w:type="dxa" w:w="124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3_DATA"/>
                <w:tag w:val="ZAL_3_DATA"/>
                <w:id w:val="762694557"/>
                <w:text/>
              </w:sdtPr>
              <w:sdtContent>
                <w:r>
                  <w:rPr>
                    <w:rFonts w:ascii="Arial" w:hAnsi="Arial" w:eastAsia="Arial"/>
                    <w:color w:val="56657A"/>
                    <w:i/>
                    <w:sz w:val="19"/>
                  </w:rPr>
                  <w:t>[data]</w:t>
                </w:r>
              </w:sdtContent>
            </w:sdt>
          </w:p>
        </w:tc>
        <w:tc>
          <w:tcPr>
            <w:tcW w:type="dxa" w:w="367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3_POWIAZANIE"/>
                <w:tag w:val="ZAL_3_POWIAZANIE"/>
                <w:id w:val="274694287"/>
                <w:text/>
              </w:sdtPr>
              <w:sdtContent>
                <w:r>
                  <w:rPr>
                    <w:rFonts w:ascii="Arial" w:hAnsi="Arial" w:eastAsia="Arial"/>
                    <w:color w:val="56657A"/>
                    <w:i/>
                    <w:sz w:val="19"/>
                  </w:rPr>
                  <w:t>[źródło / pozycja]</w:t>
                </w:r>
              </w:sdtContent>
            </w:sdt>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4</w:t>
            </w:r>
          </w:p>
        </w:tc>
        <w:tc>
          <w:tcPr>
            <w:tcW w:type="dxa" w:w="416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4_NAZWA"/>
                <w:tag w:val="ZAL_4_NAZWA"/>
                <w:id w:val="1155250763"/>
                <w:text/>
              </w:sdtPr>
              <w:sdtContent>
                <w:r>
                  <w:rPr>
                    <w:rFonts w:ascii="Arial" w:hAnsi="Arial" w:eastAsia="Arial"/>
                    <w:color w:val="56657A"/>
                    <w:i/>
                    <w:sz w:val="19"/>
                  </w:rPr>
                  <w:t>[wpisz]</w:t>
                </w:r>
              </w:sdtContent>
            </w:sdt>
          </w:p>
        </w:tc>
        <w:tc>
          <w:tcPr>
            <w:tcW w:type="dxa" w:w="124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4_DATA"/>
                <w:tag w:val="ZAL_4_DATA"/>
                <w:id w:val="812710693"/>
                <w:text/>
              </w:sdtPr>
              <w:sdtContent>
                <w:r>
                  <w:rPr>
                    <w:rFonts w:ascii="Arial" w:hAnsi="Arial" w:eastAsia="Arial"/>
                    <w:color w:val="56657A"/>
                    <w:i/>
                    <w:sz w:val="19"/>
                  </w:rPr>
                  <w:t>[data]</w:t>
                </w:r>
              </w:sdtContent>
            </w:sdt>
          </w:p>
        </w:tc>
        <w:tc>
          <w:tcPr>
            <w:tcW w:type="dxa" w:w="367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4_POWIAZANIE"/>
                <w:tag w:val="ZAL_4_POWIAZANIE"/>
                <w:id w:val="1690790144"/>
                <w:text/>
              </w:sdtPr>
              <w:sdtContent>
                <w:r>
                  <w:rPr>
                    <w:rFonts w:ascii="Arial" w:hAnsi="Arial" w:eastAsia="Arial"/>
                    <w:color w:val="56657A"/>
                    <w:i/>
                    <w:sz w:val="19"/>
                  </w:rPr>
                  <w:t>[źródło / pozycja]</w:t>
                </w:r>
              </w:sdtContent>
            </w:sdt>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5</w:t>
            </w:r>
          </w:p>
        </w:tc>
        <w:tc>
          <w:tcPr>
            <w:tcW w:type="dxa" w:w="416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5_NAZWA"/>
                <w:tag w:val="ZAL_5_NAZWA"/>
                <w:id w:val="1655484927"/>
                <w:text/>
              </w:sdtPr>
              <w:sdtContent>
                <w:r>
                  <w:rPr>
                    <w:rFonts w:ascii="Arial" w:hAnsi="Arial" w:eastAsia="Arial"/>
                    <w:color w:val="56657A"/>
                    <w:i/>
                    <w:sz w:val="19"/>
                  </w:rPr>
                  <w:t>[wpisz]</w:t>
                </w:r>
              </w:sdtContent>
            </w:sdt>
          </w:p>
        </w:tc>
        <w:tc>
          <w:tcPr>
            <w:tcW w:type="dxa" w:w="124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5_DATA"/>
                <w:tag w:val="ZAL_5_DATA"/>
                <w:id w:val="2066491520"/>
                <w:text/>
              </w:sdtPr>
              <w:sdtContent>
                <w:r>
                  <w:rPr>
                    <w:rFonts w:ascii="Arial" w:hAnsi="Arial" w:eastAsia="Arial"/>
                    <w:color w:val="56657A"/>
                    <w:i/>
                    <w:sz w:val="19"/>
                  </w:rPr>
                  <w:t>[data]</w:t>
                </w:r>
              </w:sdtContent>
            </w:sdt>
          </w:p>
        </w:tc>
        <w:tc>
          <w:tcPr>
            <w:tcW w:type="dxa" w:w="367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5_POWIAZANIE"/>
                <w:tag w:val="ZAL_5_POWIAZANIE"/>
                <w:id w:val="2137138543"/>
                <w:text/>
              </w:sdtPr>
              <w:sdtContent>
                <w:r>
                  <w:rPr>
                    <w:rFonts w:ascii="Arial" w:hAnsi="Arial" w:eastAsia="Arial"/>
                    <w:color w:val="56657A"/>
                    <w:i/>
                    <w:sz w:val="19"/>
                  </w:rPr>
                  <w:t>[źródło / pozycja]</w:t>
                </w:r>
              </w:sdtContent>
            </w:sdt>
          </w:p>
        </w:tc>
      </w:tr>
      <w:tr>
        <w:trPr/>
        <w:tc>
          <w:tcPr>
            <w:tcW w:type="dxa" w:w="624"/>
            <w:vAlign w:val="center"/>
            <w:tcMar>
              <w:top w:w="125" w:type="dxa"/>
              <w:bottom w:w="125" w:type="dxa"/>
              <w:start w:w="140" w:type="dxa"/>
              <w:end w:w="140" w:type="dxa"/>
            </w:tcMar>
          </w:tcPr>
          <w:p>
            <w:pPr>
              <w:spacing w:after="60" w:line="264" w:lineRule="auto" w:before="20"/>
            </w:pPr>
            <w:r>
              <w:rPr>
                <w:rFonts w:ascii="Arial" w:hAnsi="Arial" w:eastAsia="Arial"/>
                <w:sz w:val="17"/>
              </w:rPr>
            </w:r>
            <w:r>
              <w:rPr>
                <w:rFonts w:ascii="Arial" w:hAnsi="Arial" w:eastAsia="Arial"/>
                <w:b w:val="0"/>
                <w:color w:val="0B2948"/>
                <w:sz w:val="17"/>
              </w:rPr>
              <w:t>6</w:t>
            </w:r>
          </w:p>
        </w:tc>
        <w:tc>
          <w:tcPr>
            <w:tcW w:type="dxa" w:w="4162"/>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6_NAZWA"/>
                <w:tag w:val="ZAL_6_NAZWA"/>
                <w:id w:val="1397009250"/>
                <w:text/>
              </w:sdtPr>
              <w:sdtContent>
                <w:r>
                  <w:rPr>
                    <w:rFonts w:ascii="Arial" w:hAnsi="Arial" w:eastAsia="Arial"/>
                    <w:color w:val="56657A"/>
                    <w:i/>
                    <w:sz w:val="19"/>
                  </w:rPr>
                  <w:t>[wpisz]</w:t>
                </w:r>
              </w:sdtContent>
            </w:sdt>
          </w:p>
        </w:tc>
        <w:tc>
          <w:tcPr>
            <w:tcW w:type="dxa" w:w="1249"/>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6_DATA"/>
                <w:tag w:val="ZAL_6_DATA"/>
                <w:id w:val="2109233710"/>
                <w:text/>
              </w:sdtPr>
              <w:sdtContent>
                <w:r>
                  <w:rPr>
                    <w:rFonts w:ascii="Arial" w:hAnsi="Arial" w:eastAsia="Arial"/>
                    <w:color w:val="56657A"/>
                    <w:i/>
                    <w:sz w:val="19"/>
                  </w:rPr>
                  <w:t>[data]</w:t>
                </w:r>
              </w:sdtContent>
            </w:sdt>
          </w:p>
        </w:tc>
        <w:tc>
          <w:tcPr>
            <w:tcW w:type="dxa" w:w="3677"/>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L_6_POWIAZANIE"/>
                <w:tag w:val="ZAL_6_POWIAZANIE"/>
                <w:id w:val="150796191"/>
                <w:text/>
              </w:sdtPr>
              <w:sdtContent>
                <w:r>
                  <w:rPr>
                    <w:rFonts w:ascii="Arial" w:hAnsi="Arial" w:eastAsia="Arial"/>
                    <w:color w:val="56657A"/>
                    <w:i/>
                    <w:sz w:val="19"/>
                  </w:rPr>
                  <w:t>[źródło / pozycja]</w:t>
                </w:r>
              </w:sdtContent>
            </w:sdt>
          </w:p>
        </w:tc>
      </w:tr>
    </w:tbl>
    <w:p>
      <w:pPr>
        <w:spacing w:before="240"/>
      </w:pPr>
      <w:r>
        <w:br w:type="page"/>
      </w:r>
    </w:p>
    <w:p>
      <w:pPr>
        <w:pStyle w:val="Heading1"/>
        <w:keepNext/>
        <w:spacing w:before="360" w:after="200" w:line="252" w:lineRule="auto"/>
      </w:pPr>
      <w:r/>
      <w:r>
        <w:t>9. Sprawdź, czy notatka jest kompletna</w:t>
      </w:r>
    </w:p>
    <w:p>
      <w:pPr>
        <w:spacing w:after="160" w:line="276" w:lineRule="auto"/>
      </w:pPr>
      <w:sdt>
        <w:sdtPr>
          <w:alias w:val="FINAL_1"/>
          <w:tag w:val="FINAL_1"/>
          <w:id w:val="1140205804"/>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8"/>
        </w:rPr>
        <w:t xml:space="preserve"> Opis obejmuje cały planowany zakup.</w:t>
      </w:r>
    </w:p>
    <w:p>
      <w:pPr>
        <w:spacing w:after="160" w:line="276" w:lineRule="auto"/>
      </w:pPr>
      <w:sdt>
        <w:sdtPr>
          <w:alias w:val="FINAL_2"/>
          <w:tag w:val="FINAL_2"/>
          <w:id w:val="1526692182"/>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8"/>
        </w:rPr>
        <w:t xml:space="preserve"> Dla każdej grupy zakupów są zapisane trzy odpowiedzi i krótkie uzasadnienie.</w:t>
      </w:r>
    </w:p>
    <w:p>
      <w:pPr>
        <w:spacing w:after="160" w:line="276" w:lineRule="auto"/>
      </w:pPr>
      <w:sdt>
        <w:sdtPr>
          <w:alias w:val="FINAL_3"/>
          <w:tag w:val="FINAL_3"/>
          <w:id w:val="771246528"/>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8"/>
        </w:rPr>
        <w:t xml:space="preserve"> Każda cena ma opisane źródło i datę, a potrzebne dokumenty są dołączone do notatki.</w:t>
      </w:r>
    </w:p>
    <w:p>
      <w:pPr>
        <w:spacing w:after="160" w:line="276" w:lineRule="auto"/>
      </w:pPr>
      <w:sdt>
        <w:sdtPr>
          <w:alias w:val="FINAL_4"/>
          <w:tag w:val="FINAL_4"/>
          <w:id w:val="865918051"/>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8"/>
        </w:rPr>
        <w:t xml:space="preserve"> Wszystkie ceny dotyczą takiego samego zakresu, a różnice są wyjaśnione.</w:t>
      </w:r>
    </w:p>
    <w:p>
      <w:pPr>
        <w:spacing w:after="160" w:line="276" w:lineRule="auto"/>
      </w:pPr>
      <w:sdt>
        <w:sdtPr>
          <w:alias w:val="FINAL_5"/>
          <w:tag w:val="FINAL_5"/>
          <w:id w:val="1151069429"/>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8"/>
        </w:rPr>
        <w:t xml:space="preserve"> Inna osoba może odtworzyć obliczenie na podstawie zapisanych danych i działania.</w:t>
      </w:r>
    </w:p>
    <w:p>
      <w:pPr>
        <w:spacing w:after="160" w:line="276" w:lineRule="auto"/>
      </w:pPr>
      <w:sdt>
        <w:sdtPr>
          <w:alias w:val="FINAL_6"/>
          <w:tag w:val="FINAL_6"/>
          <w:id w:val="1569897807"/>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8"/>
        </w:rPr>
        <w:t xml:space="preserve"> Sposób obliczenia nie zaniża wartości ani nie dzieli sztucznie jednego zamówienia.</w:t>
      </w:r>
    </w:p>
    <w:p>
      <w:pPr>
        <w:spacing w:after="160" w:line="276" w:lineRule="auto"/>
      </w:pPr>
      <w:sdt>
        <w:sdtPr>
          <w:alias w:val="FINAL_7"/>
          <w:tag w:val="FINAL_7"/>
          <w:id w:val="714444249"/>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8"/>
        </w:rPr>
        <w:t xml:space="preserve"> Sprawdzono kolejno: Pzp, możliwe wyłączenia i próg 80 000 zł netto.</w:t>
      </w:r>
    </w:p>
    <w:p>
      <w:pPr>
        <w:spacing w:after="160" w:line="276" w:lineRule="auto"/>
      </w:pPr>
      <w:sdt>
        <w:sdtPr>
          <w:alias w:val="FINAL_8"/>
          <w:tag w:val="FINAL_8"/>
          <w:id w:val="975867976"/>
          <w14:checkbox>
            <w14:checked w14:val="0"/>
            <w14:checkedState w14:val="2612" w14:font="Arial Unicode MS"/>
            <w14:uncheckedState w14:val="2610" w14:font="Arial Unicode MS"/>
          </w14:checkbox>
        </w:sdtPr>
        <w:sdtContent>
          <w:r>
            <w:rPr>
              <w:rFonts w:ascii="Arial" w:hAnsi="Arial" w:eastAsia="Arial"/>
              <w:sz w:val="20"/>
            </w:rPr>
            <w:t>☐</w:t>
          </w:r>
        </w:sdtContent>
      </w:sdt>
      <w:r>
        <w:rPr>
          <w:rFonts w:ascii="Arial" w:hAnsi="Arial" w:eastAsia="Arial"/>
          <w:sz w:val="18"/>
        </w:rPr>
        <w:t xml:space="preserve"> Zapisano wybrany sposób zakupu, uzasadnienie i listę załączników.</w:t>
      </w:r>
    </w:p>
    <w:p>
      <w:pPr>
        <w:pStyle w:val="Heading1"/>
        <w:keepNext/>
        <w:spacing w:before="360" w:after="240" w:line="252" w:lineRule="auto"/>
      </w:pPr>
      <w:r/>
      <w:r>
        <w:t>10. Podpisz i zatwierdź notatkę</w:t>
      </w:r>
    </w:p>
    <w:tbl>
      <w:tblPr>
        <w:tblW w:type="dxa" w:w="9712"/>
        <w:jc w:val="left"/>
        <w:tblLayout w:type="fixed"/>
        <w:tblLook w:firstColumn="1" w:firstRow="1" w:lastColumn="0" w:lastRow="0" w:noHBand="0" w:noVBand="1" w:val="04A0"/>
        <w:tblInd w:type="dxa" w:w="120"/>
        <w:tblBorders>
          <w:top w:val="single" w:sz="7" w:space="0" w:color="8AA0B5"/>
          <w:left w:val="single" w:sz="7" w:space="0" w:color="8AA0B5"/>
          <w:bottom w:val="single" w:sz="7" w:space="0" w:color="8AA0B5"/>
          <w:right w:val="single" w:sz="7" w:space="0" w:color="8AA0B5"/>
          <w:insideH w:val="single" w:sz="7" w:space="0" w:color="8AA0B5"/>
          <w:insideV w:val="single" w:sz="7" w:space="0" w:color="8AA0B5"/>
        </w:tblBorders>
      </w:tblPr>
      <w:tblGrid>
        <w:gridCol w:w="4856"/>
        <w:gridCol w:w="4856"/>
      </w:tblGrid>
      <w:tr>
        <w:trPr>
          <w:tblHeader w:val="true"/>
        </w:trPr>
        <w:tc>
          <w:tcPr>
            <w:tcW w:type="dxa" w:w="4856"/>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Osoba przygotowująca notatkę</w:t>
            </w:r>
          </w:p>
        </w:tc>
        <w:tc>
          <w:tcPr>
            <w:tcW w:type="dxa" w:w="4856"/>
            <w:vAlign w:val="center"/>
            <w:tcMar>
              <w:top w:w="145" w:type="dxa"/>
              <w:bottom w:w="145" w:type="dxa"/>
              <w:start w:w="140" w:type="dxa"/>
              <w:end w:w="140" w:type="dxa"/>
            </w:tcMar>
            <w:shd w:fill="E9F5ED"/>
          </w:tcPr>
          <w:p>
            <w:pPr>
              <w:spacing w:after="60" w:line="264" w:lineRule="auto" w:before="20"/>
            </w:pPr>
            <w:r>
              <w:rPr>
                <w:rFonts w:ascii="Arial" w:hAnsi="Arial" w:eastAsia="Arial"/>
                <w:b/>
                <w:color w:val="0B2948"/>
                <w:sz w:val="17"/>
              </w:rPr>
            </w:r>
            <w:r>
              <w:rPr>
                <w:rFonts w:ascii="Arial" w:hAnsi="Arial" w:eastAsia="Arial"/>
                <w:b/>
                <w:color w:val="0B2948"/>
                <w:sz w:val="17"/>
              </w:rPr>
              <w:t>Osoba zatwierdzająca notatkę</w:t>
            </w:r>
          </w:p>
        </w:tc>
      </w:tr>
      <w:tr>
        <w:trPr/>
        <w:tc>
          <w:tcPr>
            <w:tcW w:type="dxa" w:w="4856"/>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RZYG_OSOBA"/>
                <w:tag w:val="PRZYG_OSOBA"/>
                <w:id w:val="1156583877"/>
                <w:text w:multiLine="1"/>
              </w:sdtPr>
              <w:sdtContent>
                <w:r>
                  <w:rPr>
                    <w:rFonts w:ascii="Arial" w:hAnsi="Arial" w:eastAsia="Arial"/>
                    <w:color w:val="56657A"/>
                    <w:i/>
                    <w:sz w:val="19"/>
                  </w:rPr>
                  <w:t>[imię, nazwisko i funkcja]</w:t>
                </w:r>
              </w:sdtContent>
            </w:sdt>
          </w:p>
        </w:tc>
        <w:tc>
          <w:tcPr>
            <w:tcW w:type="dxa" w:w="4856"/>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TW_OSOBA"/>
                <w:tag w:val="ZATW_OSOBA"/>
                <w:id w:val="1977221180"/>
                <w:text w:multiLine="1"/>
              </w:sdtPr>
              <w:sdtContent>
                <w:r>
                  <w:rPr>
                    <w:rFonts w:ascii="Arial" w:hAnsi="Arial" w:eastAsia="Arial"/>
                    <w:color w:val="56657A"/>
                    <w:i/>
                    <w:sz w:val="19"/>
                  </w:rPr>
                  <w:t>[imię, nazwisko i funkcja]</w:t>
                </w:r>
              </w:sdtContent>
            </w:sdt>
          </w:p>
        </w:tc>
      </w:tr>
      <w:tr>
        <w:trPr/>
        <w:tc>
          <w:tcPr>
            <w:tcW w:type="dxa" w:w="4856"/>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RZYG_DATA"/>
                <w:tag w:val="PRZYG_DATA"/>
                <w:id w:val="1722640289"/>
                <w:text/>
              </w:sdtPr>
              <w:sdtContent>
                <w:r>
                  <w:rPr>
                    <w:rFonts w:ascii="Arial" w:hAnsi="Arial" w:eastAsia="Arial"/>
                    <w:color w:val="56657A"/>
                    <w:i/>
                    <w:sz w:val="19"/>
                  </w:rPr>
                  <w:t>[data]</w:t>
                </w:r>
              </w:sdtContent>
            </w:sdt>
          </w:p>
        </w:tc>
        <w:tc>
          <w:tcPr>
            <w:tcW w:type="dxa" w:w="4856"/>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TW_DATA"/>
                <w:tag w:val="ZATW_DATA"/>
                <w:id w:val="573731087"/>
                <w:text/>
              </w:sdtPr>
              <w:sdtContent>
                <w:r>
                  <w:rPr>
                    <w:rFonts w:ascii="Arial" w:hAnsi="Arial" w:eastAsia="Arial"/>
                    <w:color w:val="56657A"/>
                    <w:i/>
                    <w:sz w:val="19"/>
                  </w:rPr>
                  <w:t>[data]</w:t>
                </w:r>
              </w:sdtContent>
            </w:sdt>
          </w:p>
        </w:tc>
      </w:tr>
      <w:tr>
        <w:trPr/>
        <w:tc>
          <w:tcPr>
            <w:tcW w:type="dxa" w:w="4856"/>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PRZYG_PODPIS"/>
                <w:tag w:val="PRZYG_PODPIS"/>
                <w:id w:val="473995575"/>
                <w:text/>
              </w:sdtPr>
              <w:sdtContent>
                <w:r>
                  <w:rPr>
                    <w:rFonts w:ascii="Arial" w:hAnsi="Arial" w:eastAsia="Arial"/>
                    <w:color w:val="56657A"/>
                    <w:i/>
                    <w:sz w:val="19"/>
                  </w:rPr>
                  <w:t>[podpis lub akceptacja elektroniczna]</w:t>
                </w:r>
              </w:sdtContent>
            </w:sdt>
          </w:p>
        </w:tc>
        <w:tc>
          <w:tcPr>
            <w:tcW w:type="dxa" w:w="4856"/>
            <w:vAlign w:val="center"/>
            <w:tcMar>
              <w:top w:w="125" w:type="dxa"/>
              <w:bottom w:w="125" w:type="dxa"/>
              <w:start w:w="140" w:type="dxa"/>
              <w:end w:w="140" w:type="dxa"/>
            </w:tcMar>
          </w:tcPr>
          <w:p>
            <w:pPr>
              <w:spacing w:after="60" w:line="264" w:lineRule="auto" w:before="20"/>
            </w:pPr>
            <w:r>
              <w:rPr>
                <w:rFonts w:ascii="Arial" w:hAnsi="Arial" w:eastAsia="Arial"/>
                <w:sz w:val="17"/>
              </w:rPr>
            </w:r>
            <w:sdt>
              <w:sdtPr>
                <w:alias w:val="ZATW_PODPIS"/>
                <w:tag w:val="ZATW_PODPIS"/>
                <w:id w:val="1477507486"/>
                <w:text/>
              </w:sdtPr>
              <w:sdtContent>
                <w:r>
                  <w:rPr>
                    <w:rFonts w:ascii="Arial" w:hAnsi="Arial" w:eastAsia="Arial"/>
                    <w:color w:val="56657A"/>
                    <w:i/>
                    <w:sz w:val="19"/>
                  </w:rPr>
                  <w:t>[podpis lub akceptacja elektroniczna]</w:t>
                </w:r>
              </w:sdtContent>
            </w:sdt>
          </w:p>
        </w:tc>
      </w:tr>
    </w:tbl>
    <w:p>
      <w:pPr>
        <w:spacing w:before="240" w:after="240" w:line="276" w:lineRule="auto"/>
        <w:ind w:left="180" w:right="180"/>
        <w:shd w:fill="EAF2FB"/>
      </w:pPr>
      <w:r>
        <w:rPr>
          <w:rFonts w:ascii="Arial" w:hAnsi="Arial" w:eastAsia="Arial"/>
          <w:b/>
          <w:color w:val="0B2948"/>
          <w:sz w:val="19"/>
        </w:rPr>
        <w:t xml:space="preserve">Ważne: </w:t>
      </w:r>
      <w:r>
        <w:rPr>
          <w:rFonts w:ascii="Arial" w:hAnsi="Arial" w:eastAsia="Arial"/>
          <w:sz w:val="19"/>
        </w:rPr>
        <w:t>Ten wzór pomaga uporządkować szacowanie, ale nie zastępuje zasad obowiązujących w twoim projekcie. Przed rozpoczęciem zakupu sprawdź aktualne wytyczne, umowę o dofinansowanie i dokumenty programu. Jeśli stosujesz Pzp lub wewnętrzny regulamin zakupów, uwzględnij również te zasady.</w:t>
      </w:r>
    </w:p>
    <w:p>
      <w:pPr>
        <w:spacing w:before="140" w:after="120" w:line="276" w:lineRule="auto"/>
      </w:pPr>
      <w:r>
        <w:rPr>
          <w:rFonts w:ascii="Arial" w:hAnsi="Arial" w:eastAsia="Arial"/>
          <w:color w:val="56657A"/>
          <w:sz w:val="16"/>
        </w:rPr>
        <w:t>Podstawa wzoru: Wytyczne dotyczące kwalifikowalności wydatków na lata 2021–2027, numer MFiPR/2021-2027/9(3), zatwierdzone 19.05.2026, obowiązujące od 25.05.2026.  |  mdotacje.pl</w:t>
      </w:r>
    </w:p>
    <w:sectPr w:rsidR="00FC693F" w:rsidRPr="0006063C" w:rsidSect="00034616">
      <w:headerReference w:type="default" r:id="rId9"/>
      <w:footerReference w:type="default" r:id="rId10"/>
      <w:pgSz w:w="11906" w:h="16838"/>
      <w:pgMar w:top="893" w:right="1037" w:bottom="893" w:left="1037" w:header="461"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sz w:val="17"/>
      </w:rPr>
      <w:t xml:space="preserve">Strona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b/>
        <w:color w:val="236B2E"/>
        <w:sz w:val="17"/>
      </w:rPr>
      <w:t>mdotacje.pl  |  Baza wiedzy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81" w:lineRule="auto"/>
    </w:pPr>
    <w:rPr>
      <w:rFonts w:ascii="Arial" w:hAnsi="Arial"/>
      <w:color w:val="1720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40"/>
      <w:outlineLvl w:val="0"/>
    </w:pPr>
    <w:rPr>
      <w:rFonts w:asciiTheme="majorHAnsi" w:eastAsiaTheme="majorEastAsia" w:hAnsiTheme="majorHAnsi" w:cstheme="majorBidi" w:ascii="Arial" w:hAnsi="Arial"/>
      <w:b/>
      <w:bCs/>
      <w:color w:val="0B2948"/>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Notatka z szacowania wartości zamówienia - wzór do wypełnienia</dc:title>
  <dc:subject>Czytelny formularz do projektów unijnych objętych zasadą konkurencyjności</dc:subject>
  <dc:creator>Mariusz Gryska</dc:creator>
  <cp:keywords>szacowanie wartości zamówienia, zasada konkurencyjności, projekt unijny</cp:keywords>
  <dc:description>Wersja 3 przygotowana na podstawie MFiPR/2021-2027/9(3).</dc:description>
  <cp:lastModifiedBy/>
  <cp:revision>1</cp:revision>
  <dcterms:created xsi:type="dcterms:W3CDTF">2013-12-23T23:15:00Z</dcterms:created>
  <dcterms:modified xsi:type="dcterms:W3CDTF">2013-12-23T23:15:00Z</dcterms:modified>
  <cp:category/>
</cp:coreProperties>
</file>